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38382" w14:textId="4DAE8794" w:rsidR="00593DC8" w:rsidRPr="006A0BC0" w:rsidRDefault="00B16D3E" w:rsidP="000571E0">
      <w:pPr>
        <w:jc w:val="center"/>
        <w:rPr>
          <w:rFonts w:cs="Arial"/>
          <w:b/>
          <w:bCs/>
          <w:sz w:val="32"/>
          <w:szCs w:val="32"/>
          <w:u w:val="single"/>
        </w:rPr>
      </w:pPr>
      <w:r w:rsidRPr="006A0BC0">
        <w:rPr>
          <w:rFonts w:cs="Arial"/>
          <w:b/>
          <w:bCs/>
          <w:sz w:val="32"/>
          <w:szCs w:val="32"/>
          <w:u w:val="single"/>
        </w:rPr>
        <w:t>Guidance for Parents and Carers:</w:t>
      </w:r>
      <w:r w:rsidR="000571E0">
        <w:rPr>
          <w:rFonts w:cs="Arial"/>
          <w:b/>
          <w:bCs/>
          <w:sz w:val="32"/>
          <w:szCs w:val="32"/>
          <w:u w:val="single"/>
        </w:rPr>
        <w:t xml:space="preserve"> </w:t>
      </w:r>
      <w:r w:rsidRPr="006A0BC0">
        <w:rPr>
          <w:rFonts w:cs="Arial"/>
          <w:b/>
          <w:bCs/>
          <w:sz w:val="32"/>
          <w:szCs w:val="32"/>
          <w:u w:val="single"/>
        </w:rPr>
        <w:t>Understanding Personal Budgets</w:t>
      </w:r>
    </w:p>
    <w:p w14:paraId="7D2E0403" w14:textId="77777777" w:rsidR="00812A16" w:rsidRDefault="00B16D3E" w:rsidP="00812A16">
      <w:pPr>
        <w:widowControl w:val="0"/>
        <w:spacing w:after="0" w:line="240" w:lineRule="auto"/>
        <w:rPr>
          <w:rFonts w:cs="Arial"/>
          <w:b/>
          <w:bCs/>
          <w:sz w:val="24"/>
          <w:szCs w:val="24"/>
        </w:rPr>
      </w:pPr>
      <w:r w:rsidRPr="00812A16">
        <w:rPr>
          <w:rFonts w:cs="Arial"/>
          <w:b/>
          <w:bCs/>
          <w:sz w:val="24"/>
          <w:szCs w:val="24"/>
        </w:rPr>
        <w:t>What is a Personal Budget?</w:t>
      </w:r>
    </w:p>
    <w:p w14:paraId="2B980034" w14:textId="77777777" w:rsidR="00812A16" w:rsidRDefault="00812A16" w:rsidP="00812A16">
      <w:pPr>
        <w:widowControl w:val="0"/>
        <w:spacing w:after="0" w:line="240" w:lineRule="auto"/>
        <w:rPr>
          <w:rFonts w:cs="Arial"/>
          <w:b/>
          <w:bCs/>
          <w:sz w:val="24"/>
          <w:szCs w:val="24"/>
        </w:rPr>
      </w:pPr>
    </w:p>
    <w:p w14:paraId="7E70504A" w14:textId="695CE3B2" w:rsidR="00593DC8" w:rsidRPr="00812A16" w:rsidRDefault="00593DC8" w:rsidP="00812A16">
      <w:pPr>
        <w:widowControl w:val="0"/>
        <w:spacing w:after="0" w:line="240" w:lineRule="auto"/>
        <w:rPr>
          <w:rFonts w:cs="Arial"/>
          <w:sz w:val="24"/>
          <w:szCs w:val="24"/>
        </w:rPr>
      </w:pPr>
      <w:r w:rsidRPr="00812A16">
        <w:rPr>
          <w:rFonts w:cs="Arial"/>
          <w:sz w:val="24"/>
          <w:szCs w:val="24"/>
        </w:rPr>
        <w:t>A personal budget is an amount of money identified to deliver provision set out in an </w:t>
      </w:r>
      <w:hyperlink r:id="rId11">
        <w:r w:rsidRPr="00812A16">
          <w:rPr>
            <w:rStyle w:val="Hyperlink"/>
            <w:rFonts w:cs="Arial"/>
            <w:sz w:val="24"/>
            <w:szCs w:val="24"/>
          </w:rPr>
          <w:t>Education, Health and Care plan (EHCP)</w:t>
        </w:r>
      </w:hyperlink>
      <w:r w:rsidRPr="00812A16">
        <w:rPr>
          <w:rFonts w:cs="Arial"/>
          <w:sz w:val="24"/>
          <w:szCs w:val="24"/>
        </w:rPr>
        <w:t> where the parent or young person is involved in securing that provision. Elements of the </w:t>
      </w:r>
      <w:hyperlink r:id="rId12">
        <w:r w:rsidRPr="00812A16">
          <w:rPr>
            <w:rStyle w:val="Hyperlink"/>
            <w:rFonts w:cs="Arial"/>
            <w:sz w:val="24"/>
            <w:szCs w:val="24"/>
          </w:rPr>
          <w:t>‘top up’ funding</w:t>
        </w:r>
      </w:hyperlink>
      <w:r w:rsidRPr="00812A16">
        <w:rPr>
          <w:rFonts w:cs="Arial"/>
          <w:sz w:val="24"/>
          <w:szCs w:val="24"/>
        </w:rPr>
        <w:t> that schools/education settings receive for a child or young person with </w:t>
      </w:r>
      <w:hyperlink r:id="rId13">
        <w:r w:rsidRPr="00812A16">
          <w:rPr>
            <w:rStyle w:val="Hyperlink"/>
            <w:rFonts w:cs="Arial"/>
            <w:sz w:val="24"/>
            <w:szCs w:val="24"/>
          </w:rPr>
          <w:t>SEND</w:t>
        </w:r>
      </w:hyperlink>
      <w:r w:rsidRPr="00812A16">
        <w:rPr>
          <w:rFonts w:cs="Arial"/>
          <w:sz w:val="24"/>
          <w:szCs w:val="24"/>
        </w:rPr>
        <w:t> may be able to be made available as a personal budget to allow parents to secure alternative support services. </w:t>
      </w:r>
      <w:r w:rsidRPr="00812A16">
        <w:rPr>
          <w:rFonts w:cs="Arial"/>
          <w:sz w:val="24"/>
          <w:szCs w:val="24"/>
        </w:rPr>
        <w:br/>
      </w:r>
      <w:r w:rsidRPr="00812A16">
        <w:rPr>
          <w:rFonts w:cs="Arial"/>
          <w:sz w:val="24"/>
          <w:szCs w:val="24"/>
        </w:rPr>
        <w:br/>
      </w:r>
      <w:r w:rsidR="00B16D3E" w:rsidRPr="00812A16">
        <w:rPr>
          <w:rFonts w:cs="Arial"/>
          <w:sz w:val="24"/>
          <w:szCs w:val="24"/>
        </w:rPr>
        <w:t>You can request a personal budget if:</w:t>
      </w:r>
    </w:p>
    <w:p w14:paraId="5390E9DC" w14:textId="28CBD8D2" w:rsidR="001F2467" w:rsidRPr="00812A16" w:rsidRDefault="001F2467" w:rsidP="00812A16">
      <w:pPr>
        <w:keepNext/>
        <w:keepLines/>
        <w:widowControl w:val="0"/>
        <w:numPr>
          <w:ilvl w:val="0"/>
          <w:numId w:val="16"/>
        </w:numPr>
        <w:spacing w:after="0" w:line="240" w:lineRule="auto"/>
        <w:rPr>
          <w:rFonts w:cs="Arial"/>
          <w:sz w:val="24"/>
          <w:szCs w:val="24"/>
        </w:rPr>
      </w:pPr>
      <w:r w:rsidRPr="00812A16">
        <w:rPr>
          <w:rFonts w:cs="Arial"/>
          <w:sz w:val="24"/>
          <w:szCs w:val="24"/>
        </w:rPr>
        <w:t xml:space="preserve">Your child or young person has an EHC </w:t>
      </w:r>
      <w:r w:rsidR="55A14515" w:rsidRPr="00812A16">
        <w:rPr>
          <w:rFonts w:cs="Arial"/>
          <w:sz w:val="24"/>
          <w:szCs w:val="24"/>
        </w:rPr>
        <w:t>Plan,</w:t>
      </w:r>
      <w:r w:rsidRPr="00812A16">
        <w:rPr>
          <w:rFonts w:cs="Arial"/>
          <w:sz w:val="24"/>
          <w:szCs w:val="24"/>
        </w:rPr>
        <w:t xml:space="preserve"> and the Plan is being reviewed or re-assessed, or the Local Authority is preparing a draft EHC Plan following an EHC needs assessment or reassessment.</w:t>
      </w:r>
    </w:p>
    <w:p w14:paraId="67FFF663" w14:textId="2988E98D" w:rsidR="00593DC8" w:rsidRPr="00812A16" w:rsidRDefault="00B16D3E" w:rsidP="00812A16">
      <w:pPr>
        <w:pStyle w:val="ListParagraph"/>
        <w:keepNext/>
        <w:keepLines/>
        <w:widowControl w:val="0"/>
        <w:numPr>
          <w:ilvl w:val="0"/>
          <w:numId w:val="16"/>
        </w:numPr>
        <w:spacing w:after="0" w:line="240" w:lineRule="auto"/>
        <w:contextualSpacing w:val="0"/>
        <w:rPr>
          <w:rFonts w:cs="Arial"/>
          <w:sz w:val="24"/>
          <w:szCs w:val="24"/>
        </w:rPr>
      </w:pPr>
      <w:r w:rsidRPr="00812A16">
        <w:rPr>
          <w:rFonts w:cs="Arial"/>
          <w:sz w:val="24"/>
          <w:szCs w:val="24"/>
        </w:rPr>
        <w:t>And you'd like more control over how support is arranged.</w:t>
      </w:r>
    </w:p>
    <w:p w14:paraId="5B0EFC97" w14:textId="13BE6E9A" w:rsidR="00593DC8" w:rsidRPr="00812A16" w:rsidRDefault="00B16D3E" w:rsidP="00812A16">
      <w:pPr>
        <w:keepNext/>
        <w:keepLines/>
        <w:widowControl w:val="0"/>
        <w:spacing w:after="0" w:line="240" w:lineRule="auto"/>
        <w:rPr>
          <w:rFonts w:cs="Arial"/>
          <w:sz w:val="24"/>
          <w:szCs w:val="24"/>
        </w:rPr>
      </w:pPr>
      <w:r w:rsidRPr="00812A16">
        <w:rPr>
          <w:rFonts w:cs="Arial"/>
          <w:sz w:val="24"/>
          <w:szCs w:val="24"/>
        </w:rPr>
        <w:t>Personal budgets can be used for:</w:t>
      </w:r>
      <w:r w:rsidR="00606D56" w:rsidRPr="00812A16">
        <w:rPr>
          <w:rFonts w:cs="Arial"/>
          <w:sz w:val="24"/>
          <w:szCs w:val="24"/>
        </w:rPr>
        <w:t xml:space="preserve"> To deliver provision as stated in section F of the EHCP.</w:t>
      </w:r>
    </w:p>
    <w:p w14:paraId="5C1EDEAA" w14:textId="77777777" w:rsidR="00593DC8" w:rsidRPr="00812A16" w:rsidRDefault="00B16D3E" w:rsidP="00812A16">
      <w:pPr>
        <w:pStyle w:val="ListParagraph"/>
        <w:keepNext/>
        <w:keepLines/>
        <w:widowControl w:val="0"/>
        <w:numPr>
          <w:ilvl w:val="0"/>
          <w:numId w:val="16"/>
        </w:numPr>
        <w:spacing w:after="0" w:line="240" w:lineRule="auto"/>
        <w:contextualSpacing w:val="0"/>
        <w:rPr>
          <w:rFonts w:cs="Arial"/>
          <w:sz w:val="24"/>
          <w:szCs w:val="24"/>
        </w:rPr>
      </w:pPr>
      <w:r w:rsidRPr="00812A16">
        <w:rPr>
          <w:rFonts w:cs="Arial"/>
          <w:sz w:val="24"/>
          <w:szCs w:val="24"/>
        </w:rPr>
        <w:t>Therapies (e.g. speech and language, occupational therapy),</w:t>
      </w:r>
    </w:p>
    <w:p w14:paraId="3E9C2AB5" w14:textId="77777777" w:rsidR="00593DC8" w:rsidRPr="00812A16" w:rsidRDefault="00B16D3E" w:rsidP="00812A16">
      <w:pPr>
        <w:pStyle w:val="ListParagraph"/>
        <w:keepNext/>
        <w:keepLines/>
        <w:widowControl w:val="0"/>
        <w:numPr>
          <w:ilvl w:val="0"/>
          <w:numId w:val="16"/>
        </w:numPr>
        <w:spacing w:after="0" w:line="240" w:lineRule="auto"/>
        <w:contextualSpacing w:val="0"/>
        <w:rPr>
          <w:rFonts w:cs="Arial"/>
          <w:sz w:val="24"/>
          <w:szCs w:val="24"/>
        </w:rPr>
      </w:pPr>
      <w:r w:rsidRPr="00812A16">
        <w:rPr>
          <w:rFonts w:cs="Arial"/>
          <w:sz w:val="24"/>
          <w:szCs w:val="24"/>
        </w:rPr>
        <w:t>Specialist equipment,</w:t>
      </w:r>
    </w:p>
    <w:p w14:paraId="2A00E0B0" w14:textId="77777777" w:rsidR="00593DC8" w:rsidRPr="00812A16" w:rsidRDefault="00B16D3E" w:rsidP="00812A16">
      <w:pPr>
        <w:pStyle w:val="ListParagraph"/>
        <w:keepNext/>
        <w:keepLines/>
        <w:widowControl w:val="0"/>
        <w:numPr>
          <w:ilvl w:val="0"/>
          <w:numId w:val="16"/>
        </w:numPr>
        <w:spacing w:after="0" w:line="240" w:lineRule="auto"/>
        <w:contextualSpacing w:val="0"/>
        <w:rPr>
          <w:rFonts w:cs="Arial"/>
          <w:sz w:val="24"/>
          <w:szCs w:val="24"/>
        </w:rPr>
      </w:pPr>
      <w:r w:rsidRPr="00812A16">
        <w:rPr>
          <w:rFonts w:cs="Arial"/>
          <w:sz w:val="24"/>
          <w:szCs w:val="24"/>
        </w:rPr>
        <w:t>Support at home or in the community,</w:t>
      </w:r>
    </w:p>
    <w:p w14:paraId="60AF01D9" w14:textId="30AE4E5C" w:rsidR="00B16D3E" w:rsidRPr="00812A16" w:rsidRDefault="00B16D3E" w:rsidP="00812A16">
      <w:pPr>
        <w:pStyle w:val="ListParagraph"/>
        <w:keepNext/>
        <w:keepLines/>
        <w:widowControl w:val="0"/>
        <w:numPr>
          <w:ilvl w:val="0"/>
          <w:numId w:val="16"/>
        </w:numPr>
        <w:spacing w:after="0" w:line="240" w:lineRule="auto"/>
        <w:contextualSpacing w:val="0"/>
        <w:rPr>
          <w:rFonts w:cs="Arial"/>
          <w:sz w:val="24"/>
          <w:szCs w:val="24"/>
        </w:rPr>
      </w:pPr>
      <w:r w:rsidRPr="00812A16">
        <w:rPr>
          <w:rFonts w:cs="Arial"/>
          <w:sz w:val="24"/>
          <w:szCs w:val="24"/>
        </w:rPr>
        <w:t>Other agreed services to meet EHCP outcomes.</w:t>
      </w:r>
    </w:p>
    <w:p w14:paraId="65F3004D" w14:textId="77777777" w:rsidR="00593DC8" w:rsidRPr="00812A16" w:rsidRDefault="00B16D3E" w:rsidP="00812A16">
      <w:pPr>
        <w:keepNext/>
        <w:keepLines/>
        <w:widowControl w:val="0"/>
        <w:spacing w:after="0" w:line="240" w:lineRule="auto"/>
        <w:rPr>
          <w:rFonts w:cs="Arial"/>
          <w:sz w:val="24"/>
          <w:szCs w:val="24"/>
        </w:rPr>
      </w:pPr>
      <w:r w:rsidRPr="00812A16">
        <w:rPr>
          <w:rFonts w:cs="Arial"/>
          <w:sz w:val="24"/>
          <w:szCs w:val="24"/>
        </w:rPr>
        <w:t>You can:</w:t>
      </w:r>
    </w:p>
    <w:p w14:paraId="694BBA03" w14:textId="77777777" w:rsidR="00593DC8" w:rsidRPr="00812A16" w:rsidRDefault="00B16D3E" w:rsidP="00812A16">
      <w:pPr>
        <w:pStyle w:val="ListParagraph"/>
        <w:keepNext/>
        <w:keepLines/>
        <w:widowControl w:val="0"/>
        <w:numPr>
          <w:ilvl w:val="0"/>
          <w:numId w:val="13"/>
        </w:numPr>
        <w:spacing w:after="0" w:line="240" w:lineRule="auto"/>
        <w:contextualSpacing w:val="0"/>
        <w:rPr>
          <w:rFonts w:cs="Arial"/>
          <w:sz w:val="24"/>
          <w:szCs w:val="24"/>
        </w:rPr>
      </w:pPr>
      <w:r w:rsidRPr="00812A16">
        <w:rPr>
          <w:rFonts w:cs="Arial"/>
          <w:sz w:val="24"/>
          <w:szCs w:val="24"/>
        </w:rPr>
        <w:t>Receive money directly (called a Direct Payment),</w:t>
      </w:r>
    </w:p>
    <w:p w14:paraId="22D09E5A" w14:textId="77777777" w:rsidR="00593DC8" w:rsidRPr="00812A16" w:rsidRDefault="00B16D3E" w:rsidP="00812A16">
      <w:pPr>
        <w:pStyle w:val="ListParagraph"/>
        <w:keepNext/>
        <w:keepLines/>
        <w:widowControl w:val="0"/>
        <w:numPr>
          <w:ilvl w:val="0"/>
          <w:numId w:val="13"/>
        </w:numPr>
        <w:spacing w:after="0" w:line="240" w:lineRule="auto"/>
        <w:contextualSpacing w:val="0"/>
        <w:rPr>
          <w:rFonts w:cs="Arial"/>
          <w:sz w:val="24"/>
          <w:szCs w:val="24"/>
        </w:rPr>
      </w:pPr>
      <w:r w:rsidRPr="00812A16">
        <w:rPr>
          <w:rFonts w:cs="Arial"/>
          <w:sz w:val="24"/>
          <w:szCs w:val="24"/>
        </w:rPr>
        <w:t>Use a third party to arrange services on your behalf,</w:t>
      </w:r>
    </w:p>
    <w:p w14:paraId="5C2F0160" w14:textId="589B9118" w:rsidR="00593DC8" w:rsidRPr="00812A16" w:rsidRDefault="00B16D3E" w:rsidP="00812A16">
      <w:pPr>
        <w:pStyle w:val="ListParagraph"/>
        <w:keepNext/>
        <w:keepLines/>
        <w:widowControl w:val="0"/>
        <w:numPr>
          <w:ilvl w:val="0"/>
          <w:numId w:val="13"/>
        </w:numPr>
        <w:spacing w:after="0" w:line="240" w:lineRule="auto"/>
        <w:contextualSpacing w:val="0"/>
        <w:rPr>
          <w:rFonts w:cs="Arial"/>
          <w:sz w:val="24"/>
          <w:szCs w:val="24"/>
        </w:rPr>
      </w:pPr>
      <w:r w:rsidRPr="00812A16">
        <w:rPr>
          <w:rFonts w:cs="Arial"/>
          <w:sz w:val="24"/>
          <w:szCs w:val="24"/>
        </w:rPr>
        <w:t>Or a mix of these options.</w:t>
      </w:r>
    </w:p>
    <w:p w14:paraId="10290368" w14:textId="77777777" w:rsidR="0055320C" w:rsidRPr="00812A16" w:rsidRDefault="0055320C" w:rsidP="00812A16">
      <w:pPr>
        <w:keepNext/>
        <w:keepLines/>
        <w:widowControl w:val="0"/>
        <w:spacing w:after="0" w:line="240" w:lineRule="auto"/>
        <w:rPr>
          <w:rFonts w:cs="Arial"/>
          <w:sz w:val="24"/>
          <w:szCs w:val="24"/>
          <w:lang w:val="en-GB"/>
        </w:rPr>
      </w:pPr>
      <w:r w:rsidRPr="00812A16">
        <w:rPr>
          <w:rFonts w:cs="Arial"/>
          <w:sz w:val="24"/>
          <w:szCs w:val="24"/>
          <w:lang w:val="en-GB"/>
        </w:rPr>
        <w:t>You are </w:t>
      </w:r>
      <w:r w:rsidRPr="00812A16">
        <w:rPr>
          <w:rFonts w:cs="Arial"/>
          <w:b/>
          <w:bCs/>
          <w:sz w:val="24"/>
          <w:szCs w:val="24"/>
          <w:lang w:val="en-GB"/>
        </w:rPr>
        <w:t>not </w:t>
      </w:r>
      <w:r w:rsidRPr="00812A16">
        <w:rPr>
          <w:rFonts w:cs="Arial"/>
          <w:sz w:val="24"/>
          <w:szCs w:val="24"/>
          <w:lang w:val="en-GB"/>
        </w:rPr>
        <w:t>able to use a personal education budget to pay for:</w:t>
      </w:r>
    </w:p>
    <w:p w14:paraId="107477F0" w14:textId="77777777" w:rsidR="0055320C" w:rsidRPr="00812A16" w:rsidRDefault="0055320C" w:rsidP="00812A16">
      <w:pPr>
        <w:keepNext/>
        <w:keepLines/>
        <w:widowControl w:val="0"/>
        <w:numPr>
          <w:ilvl w:val="0"/>
          <w:numId w:val="17"/>
        </w:numPr>
        <w:spacing w:after="0" w:line="240" w:lineRule="auto"/>
        <w:rPr>
          <w:rFonts w:cs="Arial"/>
          <w:sz w:val="24"/>
          <w:szCs w:val="24"/>
          <w:lang w:val="en-GB"/>
        </w:rPr>
      </w:pPr>
      <w:r w:rsidRPr="00812A16">
        <w:rPr>
          <w:rFonts w:cs="Arial"/>
          <w:sz w:val="24"/>
          <w:szCs w:val="24"/>
          <w:lang w:val="en-GB"/>
        </w:rPr>
        <w:t>anything that is not identified in the EHCP</w:t>
      </w:r>
    </w:p>
    <w:p w14:paraId="5F29ECC8" w14:textId="77777777" w:rsidR="0055320C" w:rsidRPr="00812A16" w:rsidRDefault="0055320C" w:rsidP="00812A16">
      <w:pPr>
        <w:keepNext/>
        <w:keepLines/>
        <w:widowControl w:val="0"/>
        <w:numPr>
          <w:ilvl w:val="0"/>
          <w:numId w:val="17"/>
        </w:numPr>
        <w:spacing w:after="0" w:line="240" w:lineRule="auto"/>
        <w:rPr>
          <w:rFonts w:cs="Arial"/>
          <w:sz w:val="24"/>
          <w:szCs w:val="24"/>
          <w:lang w:val="en-GB"/>
        </w:rPr>
      </w:pPr>
      <w:r w:rsidRPr="00812A16">
        <w:rPr>
          <w:rFonts w:cs="Arial"/>
          <w:sz w:val="24"/>
          <w:szCs w:val="24"/>
          <w:lang w:val="en-GB"/>
        </w:rPr>
        <w:t>health and social care provision that will not achieve the educational outcomes in the EHCP</w:t>
      </w:r>
    </w:p>
    <w:p w14:paraId="666D9024" w14:textId="77777777" w:rsidR="0055320C" w:rsidRPr="00812A16" w:rsidRDefault="0055320C" w:rsidP="00812A16">
      <w:pPr>
        <w:keepNext/>
        <w:keepLines/>
        <w:widowControl w:val="0"/>
        <w:numPr>
          <w:ilvl w:val="0"/>
          <w:numId w:val="17"/>
        </w:numPr>
        <w:spacing w:after="0" w:line="240" w:lineRule="auto"/>
        <w:rPr>
          <w:rFonts w:cs="Arial"/>
          <w:sz w:val="24"/>
          <w:szCs w:val="24"/>
          <w:lang w:val="en-GB"/>
        </w:rPr>
      </w:pPr>
      <w:r w:rsidRPr="00812A16">
        <w:rPr>
          <w:rFonts w:cs="Arial"/>
          <w:sz w:val="24"/>
          <w:szCs w:val="24"/>
          <w:lang w:val="en-GB"/>
        </w:rPr>
        <w:t>any provision that an education setting would normally provide a student</w:t>
      </w:r>
    </w:p>
    <w:p w14:paraId="48B0F86C" w14:textId="4F68EBCC" w:rsidR="0055320C" w:rsidRPr="00812A16" w:rsidRDefault="0055320C" w:rsidP="00812A16">
      <w:pPr>
        <w:keepNext/>
        <w:keepLines/>
        <w:widowControl w:val="0"/>
        <w:numPr>
          <w:ilvl w:val="0"/>
          <w:numId w:val="17"/>
        </w:numPr>
        <w:spacing w:after="0" w:line="240" w:lineRule="auto"/>
        <w:rPr>
          <w:rFonts w:cs="Arial"/>
          <w:sz w:val="24"/>
          <w:szCs w:val="24"/>
          <w:lang w:val="en-GB"/>
        </w:rPr>
      </w:pPr>
      <w:r w:rsidRPr="00812A16">
        <w:rPr>
          <w:rFonts w:cs="Arial"/>
          <w:sz w:val="24"/>
          <w:szCs w:val="24"/>
          <w:lang w:val="en-GB"/>
        </w:rPr>
        <w:t>a school or post 16 placement.  </w:t>
      </w:r>
    </w:p>
    <w:p w14:paraId="4BAB975F" w14:textId="600CAFDC" w:rsidR="000571E0" w:rsidRPr="00812A16" w:rsidRDefault="00593DC8" w:rsidP="00812A16">
      <w:pPr>
        <w:keepNext/>
        <w:keepLines/>
        <w:widowControl w:val="0"/>
        <w:spacing w:after="0" w:line="240" w:lineRule="auto"/>
        <w:rPr>
          <w:rFonts w:cs="Arial"/>
          <w:sz w:val="24"/>
          <w:szCs w:val="24"/>
        </w:rPr>
      </w:pPr>
      <w:r w:rsidRPr="00812A16">
        <w:rPr>
          <w:rFonts w:cs="Arial"/>
          <w:sz w:val="24"/>
          <w:szCs w:val="24"/>
        </w:rPr>
        <w:t>Please note a PB cannot be used to fund a school or college place, but can be used as part of an EOTAS (Education Other Than At School) package</w:t>
      </w:r>
    </w:p>
    <w:p w14:paraId="21BDFB0E" w14:textId="77777777" w:rsidR="000571E0" w:rsidRPr="00812A16" w:rsidRDefault="000571E0" w:rsidP="00812A16">
      <w:pPr>
        <w:keepNext/>
        <w:keepLines/>
        <w:widowControl w:val="0"/>
        <w:spacing w:after="0" w:line="240" w:lineRule="auto"/>
        <w:rPr>
          <w:rFonts w:cs="Arial"/>
          <w:sz w:val="24"/>
          <w:szCs w:val="24"/>
        </w:rPr>
      </w:pPr>
      <w:r w:rsidRPr="00812A16">
        <w:rPr>
          <w:rFonts w:cs="Arial"/>
          <w:sz w:val="24"/>
          <w:szCs w:val="24"/>
        </w:rPr>
        <w:t>Torbay Local Authority currently only offers Direct Payments. This means:</w:t>
      </w:r>
    </w:p>
    <w:p w14:paraId="10550DB3" w14:textId="77777777" w:rsidR="000571E0" w:rsidRPr="00812A16" w:rsidRDefault="000571E0" w:rsidP="00812A16">
      <w:pPr>
        <w:keepNext/>
        <w:keepLines/>
        <w:widowControl w:val="0"/>
        <w:numPr>
          <w:ilvl w:val="0"/>
          <w:numId w:val="20"/>
        </w:numPr>
        <w:spacing w:after="0" w:line="240" w:lineRule="auto"/>
        <w:rPr>
          <w:rFonts w:cs="Arial"/>
          <w:sz w:val="24"/>
          <w:szCs w:val="24"/>
        </w:rPr>
      </w:pPr>
      <w:r w:rsidRPr="00812A16">
        <w:rPr>
          <w:rFonts w:cs="Arial"/>
          <w:sz w:val="24"/>
          <w:szCs w:val="24"/>
        </w:rPr>
        <w:t>You will receive the agreed amount into a dedicated bank account.</w:t>
      </w:r>
    </w:p>
    <w:p w14:paraId="4232767B" w14:textId="187D82A6" w:rsidR="000571E0" w:rsidRPr="00812A16" w:rsidRDefault="000571E0" w:rsidP="00812A16">
      <w:pPr>
        <w:keepNext/>
        <w:keepLines/>
        <w:widowControl w:val="0"/>
        <w:spacing w:after="0" w:line="240" w:lineRule="auto"/>
        <w:ind w:left="720"/>
        <w:rPr>
          <w:rFonts w:cs="Arial"/>
          <w:sz w:val="24"/>
          <w:szCs w:val="24"/>
        </w:rPr>
      </w:pPr>
      <w:r w:rsidRPr="00812A16">
        <w:rPr>
          <w:rFonts w:cs="Arial"/>
          <w:sz w:val="24"/>
          <w:szCs w:val="24"/>
        </w:rPr>
        <w:t>Or</w:t>
      </w:r>
    </w:p>
    <w:p w14:paraId="24F8368F" w14:textId="4B52C37C" w:rsidR="000571E0" w:rsidRPr="00812A16" w:rsidRDefault="000571E0" w:rsidP="00812A16">
      <w:pPr>
        <w:keepNext/>
        <w:keepLines/>
        <w:widowControl w:val="0"/>
        <w:numPr>
          <w:ilvl w:val="0"/>
          <w:numId w:val="20"/>
        </w:numPr>
        <w:spacing w:after="0" w:line="240" w:lineRule="auto"/>
        <w:rPr>
          <w:rFonts w:cs="Arial"/>
          <w:sz w:val="24"/>
          <w:szCs w:val="24"/>
        </w:rPr>
      </w:pPr>
      <w:r w:rsidRPr="00812A16">
        <w:rPr>
          <w:rFonts w:cs="Arial"/>
          <w:sz w:val="24"/>
          <w:szCs w:val="24"/>
        </w:rPr>
        <w:t xml:space="preserve">A </w:t>
      </w:r>
      <w:r w:rsidR="1247F2B9" w:rsidRPr="00812A16">
        <w:rPr>
          <w:rFonts w:cs="Arial"/>
          <w:sz w:val="24"/>
          <w:szCs w:val="24"/>
        </w:rPr>
        <w:t>third-party</w:t>
      </w:r>
      <w:r w:rsidRPr="00812A16">
        <w:rPr>
          <w:rFonts w:cs="Arial"/>
          <w:sz w:val="24"/>
          <w:szCs w:val="24"/>
        </w:rPr>
        <w:t xml:space="preserve"> provider directly </w:t>
      </w:r>
      <w:r w:rsidR="43BB89DA" w:rsidRPr="00812A16">
        <w:rPr>
          <w:rFonts w:cs="Arial"/>
          <w:sz w:val="24"/>
          <w:szCs w:val="24"/>
        </w:rPr>
        <w:t>processes</w:t>
      </w:r>
      <w:r w:rsidRPr="00812A16">
        <w:rPr>
          <w:rFonts w:cs="Arial"/>
          <w:sz w:val="24"/>
          <w:szCs w:val="24"/>
        </w:rPr>
        <w:t xml:space="preserve"> payment for the agreed services.</w:t>
      </w:r>
    </w:p>
    <w:p w14:paraId="2F61CA3D" w14:textId="53067944" w:rsidR="00B130CA" w:rsidRPr="00812A16" w:rsidRDefault="00593DC8" w:rsidP="00B16D3E">
      <w:pPr>
        <w:rPr>
          <w:rFonts w:cs="Arial"/>
          <w:sz w:val="24"/>
          <w:szCs w:val="24"/>
        </w:rPr>
      </w:pPr>
      <w:hyperlink r:id="rId14">
        <w:r w:rsidRPr="00812A16">
          <w:rPr>
            <w:rStyle w:val="Hyperlink"/>
            <w:rFonts w:cs="Arial"/>
            <w:sz w:val="24"/>
            <w:szCs w:val="24"/>
          </w:rPr>
          <w:t>Personal-budget-quick-guide-25.pdf</w:t>
        </w:r>
      </w:hyperlink>
      <w:r w:rsidR="00B130CA" w:rsidRPr="00812A16">
        <w:rPr>
          <w:rFonts w:cs="Arial"/>
          <w:sz w:val="24"/>
          <w:szCs w:val="24"/>
        </w:rPr>
        <w:t xml:space="preserve">            </w:t>
      </w:r>
      <w:hyperlink r:id="rId15">
        <w:r w:rsidR="00B130CA" w:rsidRPr="00812A16">
          <w:rPr>
            <w:rStyle w:val="Hyperlink"/>
            <w:rFonts w:cs="Arial"/>
            <w:sz w:val="24"/>
            <w:szCs w:val="24"/>
          </w:rPr>
          <w:t>Personal Budgets &amp; Direct Payments | Topic Categroies | Family Hub</w:t>
        </w:r>
      </w:hyperlink>
      <w:r w:rsidR="00B130CA" w:rsidRPr="00812A16">
        <w:rPr>
          <w:rFonts w:cs="Arial"/>
          <w:sz w:val="24"/>
          <w:szCs w:val="24"/>
        </w:rPr>
        <w:t xml:space="preserve"> – please use this link for Health or Social care requests and information</w:t>
      </w:r>
      <w:r w:rsidR="1F15783D" w:rsidRPr="00812A16">
        <w:rPr>
          <w:rFonts w:cs="Arial"/>
          <w:sz w:val="24"/>
          <w:szCs w:val="24"/>
        </w:rPr>
        <w:t>.</w:t>
      </w:r>
    </w:p>
    <w:p w14:paraId="68FF8D55" w14:textId="1EBD9DE4" w:rsidR="00B16D3E" w:rsidRPr="00812A16" w:rsidRDefault="00B16D3E" w:rsidP="006A0BC0">
      <w:pPr>
        <w:jc w:val="center"/>
        <w:rPr>
          <w:rFonts w:cs="Arial"/>
          <w:b/>
          <w:bCs/>
          <w:sz w:val="24"/>
          <w:szCs w:val="24"/>
          <w:u w:val="single"/>
        </w:rPr>
      </w:pPr>
      <w:r w:rsidRPr="00812A16">
        <w:rPr>
          <w:rFonts w:cs="Arial"/>
          <w:b/>
          <w:bCs/>
          <w:sz w:val="24"/>
          <w:szCs w:val="24"/>
          <w:u w:val="single"/>
        </w:rPr>
        <w:t>Personal Budget Request Form</w:t>
      </w:r>
      <w:r w:rsidR="00844851" w:rsidRPr="00812A16">
        <w:rPr>
          <w:rFonts w:cs="Arial"/>
          <w:b/>
          <w:bCs/>
          <w:sz w:val="24"/>
          <w:szCs w:val="24"/>
          <w:u w:val="single"/>
        </w:rPr>
        <w:t xml:space="preserve"> - Education</w:t>
      </w:r>
    </w:p>
    <w:p w14:paraId="1E8D52F0" w14:textId="77777777" w:rsidR="00A763DD" w:rsidRPr="00812A16" w:rsidRDefault="33DEA6A8" w:rsidP="33DEA6A8">
      <w:pPr>
        <w:pStyle w:val="Heading2"/>
        <w:rPr>
          <w:rFonts w:ascii="Arial" w:eastAsia="Arial" w:hAnsi="Arial" w:cs="Arial"/>
          <w:sz w:val="24"/>
          <w:szCs w:val="24"/>
        </w:rPr>
      </w:pPr>
      <w:r w:rsidRPr="00812A16">
        <w:rPr>
          <w:rFonts w:ascii="Arial" w:eastAsia="Arial" w:hAnsi="Arial" w:cs="Arial"/>
          <w:color w:val="000000" w:themeColor="text1"/>
          <w:sz w:val="24"/>
          <w:szCs w:val="24"/>
        </w:rPr>
        <w:t>Important legal and process information</w:t>
      </w:r>
    </w:p>
    <w:p w14:paraId="6972AFD9" w14:textId="289AAB13" w:rsidR="00A763DD" w:rsidRPr="00812A16" w:rsidRDefault="33DEA6A8" w:rsidP="33DEA6A8">
      <w:pPr>
        <w:rPr>
          <w:rFonts w:cs="Arial"/>
          <w:sz w:val="24"/>
          <w:szCs w:val="24"/>
        </w:rPr>
      </w:pPr>
      <w:r w:rsidRPr="00812A16">
        <w:rPr>
          <w:rFonts w:cs="Arial"/>
          <w:sz w:val="24"/>
          <w:szCs w:val="24"/>
        </w:rPr>
        <w:t xml:space="preserve">This form is for </w:t>
      </w:r>
      <w:r w:rsidR="220150C2" w:rsidRPr="00812A16">
        <w:rPr>
          <w:rFonts w:cs="Arial"/>
          <w:sz w:val="24"/>
          <w:szCs w:val="24"/>
        </w:rPr>
        <w:t>education of</w:t>
      </w:r>
      <w:r w:rsidRPr="00812A16">
        <w:rPr>
          <w:rFonts w:cs="Arial"/>
          <w:sz w:val="24"/>
          <w:szCs w:val="24"/>
        </w:rPr>
        <w:t xml:space="preserve"> Personal Budget requests linked to an Education, Health and Care Plan. A Personal Budget is the notional amount identified to secure provision specified in an EHC Plan. A Direct Payment is one way of delivering that budget.</w:t>
      </w:r>
    </w:p>
    <w:p w14:paraId="1CB8DA1E" w14:textId="77777777" w:rsidR="00A763DD" w:rsidRPr="00812A16" w:rsidRDefault="33DEA6A8" w:rsidP="33DEA6A8">
      <w:pPr>
        <w:rPr>
          <w:rFonts w:cs="Arial"/>
          <w:sz w:val="24"/>
          <w:szCs w:val="24"/>
        </w:rPr>
      </w:pPr>
      <w:r w:rsidRPr="00812A16">
        <w:rPr>
          <w:rFonts w:cs="Arial"/>
          <w:sz w:val="24"/>
          <w:szCs w:val="24"/>
        </w:rPr>
        <w:t>A request can be made when a draft EHC Plan is being prepared following an EHC needs assessment or reassessment, or when an existing EHC Plan is being reviewed or reassessed. Requests should be discussed during the annual review or relevant EHC process wherever possible.</w:t>
      </w:r>
    </w:p>
    <w:p w14:paraId="2F6A4AD6" w14:textId="77777777" w:rsidR="00A763DD" w:rsidRPr="00812A16" w:rsidRDefault="33DEA6A8" w:rsidP="33DEA6A8">
      <w:pPr>
        <w:rPr>
          <w:rFonts w:cs="Arial"/>
          <w:sz w:val="24"/>
          <w:szCs w:val="24"/>
        </w:rPr>
      </w:pPr>
      <w:r w:rsidRPr="00812A16">
        <w:rPr>
          <w:rFonts w:cs="Arial"/>
          <w:sz w:val="24"/>
          <w:szCs w:val="24"/>
        </w:rPr>
        <w:lastRenderedPageBreak/>
        <w:t>Reasonable time to complete this form: families will normally be given at least 15 working days to submit the form and supporting information, unless a different timescale is agreed with them. Further time or support can be requested where needed.</w:t>
      </w:r>
    </w:p>
    <w:p w14:paraId="57CFEC61" w14:textId="77777777" w:rsidR="00A763DD" w:rsidRPr="00812A16" w:rsidRDefault="33DEA6A8" w:rsidP="33DEA6A8">
      <w:pPr>
        <w:rPr>
          <w:rFonts w:cs="Arial"/>
          <w:sz w:val="24"/>
          <w:szCs w:val="24"/>
        </w:rPr>
      </w:pPr>
      <w:r w:rsidRPr="00812A16">
        <w:rPr>
          <w:rFonts w:cs="Arial"/>
          <w:sz w:val="24"/>
          <w:szCs w:val="24"/>
        </w:rPr>
        <w:t>Acknowledgement and decision timescales: the SEND Team will acknowledge receipt within 5 working days. Once all required information has been received, the request will normally be considered within 20 working days, or within the relevant statutory EHC Plan review/amendment timescale where the request forms part of that process.</w:t>
      </w:r>
    </w:p>
    <w:p w14:paraId="04B6D9A0" w14:textId="77777777" w:rsidR="00A763DD" w:rsidRPr="00812A16" w:rsidRDefault="33DEA6A8" w:rsidP="33DEA6A8">
      <w:pPr>
        <w:rPr>
          <w:rFonts w:cs="Arial"/>
          <w:sz w:val="24"/>
          <w:szCs w:val="24"/>
        </w:rPr>
      </w:pPr>
      <w:r w:rsidRPr="00812A16">
        <w:rPr>
          <w:rFonts w:cs="Arial"/>
          <w:sz w:val="24"/>
          <w:szCs w:val="24"/>
        </w:rPr>
        <w:t>Written decision and review: if a request is not agreed in full, the Local Authority will provide written reasons and explain how to request a formal review of the decision.</w:t>
      </w:r>
    </w:p>
    <w:p w14:paraId="74832D6D" w14:textId="62403E6B" w:rsidR="00B16D3E" w:rsidRPr="00812A16" w:rsidRDefault="00B16D3E">
      <w:pPr>
        <w:rPr>
          <w:rFonts w:cs="Arial"/>
          <w:sz w:val="24"/>
          <w:szCs w:val="24"/>
        </w:rPr>
      </w:pPr>
      <w:r w:rsidRPr="00812A16">
        <w:rPr>
          <w:rFonts w:cs="Arial"/>
          <w:sz w:val="24"/>
          <w:szCs w:val="24"/>
        </w:rPr>
        <w:t xml:space="preserve">For use by parent carers or young </w:t>
      </w:r>
      <w:r w:rsidR="00812A16" w:rsidRPr="00812A16">
        <w:rPr>
          <w:rFonts w:cs="Arial"/>
          <w:sz w:val="24"/>
          <w:szCs w:val="24"/>
        </w:rPr>
        <w:t>people</w:t>
      </w:r>
      <w:r w:rsidRPr="00812A16">
        <w:rPr>
          <w:rFonts w:cs="Arial"/>
          <w:sz w:val="24"/>
          <w:szCs w:val="24"/>
        </w:rPr>
        <w:t xml:space="preserve"> (over 16) requesting a Personal Budget in connection with an EHCP</w:t>
      </w:r>
      <w:r w:rsidR="00812A16">
        <w:rPr>
          <w:rFonts w:cs="Arial"/>
          <w:sz w:val="24"/>
          <w:szCs w:val="24"/>
        </w:rPr>
        <w:t>.</w:t>
      </w:r>
    </w:p>
    <w:p w14:paraId="5A00A278" w14:textId="77777777" w:rsidR="00CD7678" w:rsidRPr="00812A16" w:rsidRDefault="001C7FFB">
      <w:pPr>
        <w:pStyle w:val="Heading2"/>
        <w:rPr>
          <w:rFonts w:ascii="Arial" w:hAnsi="Arial" w:cs="Arial"/>
          <w:color w:val="000000" w:themeColor="text1"/>
          <w:sz w:val="24"/>
          <w:szCs w:val="24"/>
        </w:rPr>
      </w:pPr>
      <w:r w:rsidRPr="00812A16">
        <w:rPr>
          <w:rFonts w:ascii="Arial" w:hAnsi="Arial" w:cs="Arial"/>
          <w:color w:val="000000" w:themeColor="text1"/>
          <w:sz w:val="24"/>
          <w:szCs w:val="24"/>
        </w:rPr>
        <w:t>Section 1: About You</w:t>
      </w:r>
    </w:p>
    <w:tbl>
      <w:tblPr>
        <w:tblStyle w:val="TableGrid"/>
        <w:tblW w:w="0" w:type="auto"/>
        <w:jc w:val="center"/>
        <w:tblLook w:val="04A0" w:firstRow="1" w:lastRow="0" w:firstColumn="1" w:lastColumn="0" w:noHBand="0" w:noVBand="1"/>
      </w:tblPr>
      <w:tblGrid>
        <w:gridCol w:w="3510"/>
        <w:gridCol w:w="7506"/>
      </w:tblGrid>
      <w:tr w:rsidR="00B16D3E" w:rsidRPr="00812A16" w14:paraId="6257FD45" w14:textId="77777777" w:rsidTr="00844851">
        <w:trPr>
          <w:jc w:val="center"/>
        </w:trPr>
        <w:tc>
          <w:tcPr>
            <w:tcW w:w="3510" w:type="dxa"/>
            <w:shd w:val="clear" w:color="auto" w:fill="DBE5F1" w:themeFill="accent1" w:themeFillTint="33"/>
            <w:vAlign w:val="center"/>
          </w:tcPr>
          <w:p w14:paraId="28FEB2E0" w14:textId="3EFED623" w:rsidR="00B16D3E" w:rsidRPr="00812A16" w:rsidRDefault="00B16D3E" w:rsidP="00B16D3E">
            <w:pPr>
              <w:rPr>
                <w:rFonts w:cs="Arial"/>
                <w:sz w:val="24"/>
                <w:szCs w:val="24"/>
              </w:rPr>
            </w:pPr>
            <w:r w:rsidRPr="00812A16">
              <w:rPr>
                <w:rFonts w:cs="Arial"/>
                <w:sz w:val="24"/>
                <w:szCs w:val="24"/>
              </w:rPr>
              <w:t>Your Name:</w:t>
            </w:r>
          </w:p>
        </w:tc>
        <w:tc>
          <w:tcPr>
            <w:tcW w:w="7506" w:type="dxa"/>
            <w:vAlign w:val="center"/>
          </w:tcPr>
          <w:p w14:paraId="4E20FB5D" w14:textId="77777777" w:rsidR="00B16D3E" w:rsidRPr="00812A16" w:rsidRDefault="00B16D3E" w:rsidP="00B16D3E">
            <w:pPr>
              <w:rPr>
                <w:rFonts w:cs="Arial"/>
                <w:sz w:val="24"/>
                <w:szCs w:val="24"/>
              </w:rPr>
            </w:pPr>
          </w:p>
        </w:tc>
      </w:tr>
      <w:tr w:rsidR="00B16D3E" w:rsidRPr="00812A16" w14:paraId="05242F62" w14:textId="77777777" w:rsidTr="00844851">
        <w:trPr>
          <w:jc w:val="center"/>
        </w:trPr>
        <w:tc>
          <w:tcPr>
            <w:tcW w:w="3510" w:type="dxa"/>
            <w:shd w:val="clear" w:color="auto" w:fill="DBE5F1" w:themeFill="accent1" w:themeFillTint="33"/>
            <w:vAlign w:val="center"/>
          </w:tcPr>
          <w:p w14:paraId="200D0640" w14:textId="57F6F659" w:rsidR="00B16D3E" w:rsidRPr="00812A16" w:rsidRDefault="00B16D3E" w:rsidP="00B16D3E">
            <w:pPr>
              <w:rPr>
                <w:rFonts w:cs="Arial"/>
                <w:sz w:val="24"/>
                <w:szCs w:val="24"/>
              </w:rPr>
            </w:pPr>
            <w:r w:rsidRPr="00812A16">
              <w:rPr>
                <w:rFonts w:cs="Arial"/>
                <w:sz w:val="24"/>
                <w:szCs w:val="24"/>
              </w:rPr>
              <w:t>Your Relationship to the Child/Young Person:</w:t>
            </w:r>
          </w:p>
        </w:tc>
        <w:tc>
          <w:tcPr>
            <w:tcW w:w="7506" w:type="dxa"/>
            <w:vAlign w:val="center"/>
          </w:tcPr>
          <w:p w14:paraId="2EB587B6" w14:textId="77777777" w:rsidR="00B16D3E" w:rsidRPr="00812A16" w:rsidRDefault="00B16D3E" w:rsidP="00B16D3E">
            <w:pPr>
              <w:rPr>
                <w:rFonts w:cs="Arial"/>
                <w:sz w:val="24"/>
                <w:szCs w:val="24"/>
              </w:rPr>
            </w:pPr>
          </w:p>
        </w:tc>
      </w:tr>
      <w:tr w:rsidR="00B16D3E" w:rsidRPr="00812A16" w14:paraId="0B3AC64E" w14:textId="77777777" w:rsidTr="00844851">
        <w:trPr>
          <w:jc w:val="center"/>
        </w:trPr>
        <w:tc>
          <w:tcPr>
            <w:tcW w:w="11016" w:type="dxa"/>
            <w:gridSpan w:val="2"/>
            <w:shd w:val="clear" w:color="auto" w:fill="DBE5F1" w:themeFill="accent1" w:themeFillTint="33"/>
            <w:vAlign w:val="center"/>
          </w:tcPr>
          <w:p w14:paraId="659E76A7" w14:textId="139B2C0F" w:rsidR="00B16D3E" w:rsidRPr="00812A16" w:rsidRDefault="00B16D3E" w:rsidP="00B16D3E">
            <w:pPr>
              <w:jc w:val="center"/>
              <w:rPr>
                <w:rFonts w:cs="Arial"/>
                <w:b/>
                <w:bCs/>
                <w:sz w:val="24"/>
                <w:szCs w:val="24"/>
              </w:rPr>
            </w:pPr>
            <w:r w:rsidRPr="00812A16">
              <w:rPr>
                <w:rFonts w:cs="Arial"/>
                <w:b/>
                <w:bCs/>
                <w:sz w:val="24"/>
                <w:szCs w:val="24"/>
              </w:rPr>
              <w:t>Contact Details</w:t>
            </w:r>
          </w:p>
        </w:tc>
      </w:tr>
      <w:tr w:rsidR="00B16D3E" w:rsidRPr="00812A16" w14:paraId="13C2C25A" w14:textId="77777777" w:rsidTr="00844851">
        <w:trPr>
          <w:jc w:val="center"/>
        </w:trPr>
        <w:tc>
          <w:tcPr>
            <w:tcW w:w="3510" w:type="dxa"/>
            <w:shd w:val="clear" w:color="auto" w:fill="DBE5F1" w:themeFill="accent1" w:themeFillTint="33"/>
            <w:vAlign w:val="center"/>
          </w:tcPr>
          <w:p w14:paraId="6E9EC2C5" w14:textId="219274D0" w:rsidR="00B16D3E" w:rsidRPr="00812A16" w:rsidRDefault="00B16D3E" w:rsidP="00B16D3E">
            <w:pPr>
              <w:rPr>
                <w:rFonts w:cs="Arial"/>
                <w:sz w:val="24"/>
                <w:szCs w:val="24"/>
              </w:rPr>
            </w:pPr>
            <w:r w:rsidRPr="00812A16">
              <w:rPr>
                <w:rFonts w:cs="Arial"/>
                <w:sz w:val="24"/>
                <w:szCs w:val="24"/>
              </w:rPr>
              <w:t>Phone:</w:t>
            </w:r>
          </w:p>
        </w:tc>
        <w:tc>
          <w:tcPr>
            <w:tcW w:w="7506" w:type="dxa"/>
            <w:vAlign w:val="center"/>
          </w:tcPr>
          <w:p w14:paraId="5BA2E89D" w14:textId="77777777" w:rsidR="00B16D3E" w:rsidRPr="00812A16" w:rsidRDefault="00B16D3E" w:rsidP="00B16D3E">
            <w:pPr>
              <w:rPr>
                <w:rFonts w:cs="Arial"/>
                <w:sz w:val="24"/>
                <w:szCs w:val="24"/>
              </w:rPr>
            </w:pPr>
          </w:p>
        </w:tc>
      </w:tr>
      <w:tr w:rsidR="00B16D3E" w:rsidRPr="00812A16" w14:paraId="6CA7A891" w14:textId="77777777" w:rsidTr="00844851">
        <w:trPr>
          <w:jc w:val="center"/>
        </w:trPr>
        <w:tc>
          <w:tcPr>
            <w:tcW w:w="3510" w:type="dxa"/>
            <w:shd w:val="clear" w:color="auto" w:fill="DBE5F1" w:themeFill="accent1" w:themeFillTint="33"/>
            <w:vAlign w:val="center"/>
          </w:tcPr>
          <w:p w14:paraId="5EE40CEA" w14:textId="31CE92CD" w:rsidR="00B16D3E" w:rsidRPr="00812A16" w:rsidRDefault="00B16D3E" w:rsidP="00B16D3E">
            <w:pPr>
              <w:rPr>
                <w:rFonts w:cs="Arial"/>
                <w:sz w:val="24"/>
                <w:szCs w:val="24"/>
              </w:rPr>
            </w:pPr>
            <w:r w:rsidRPr="00812A16">
              <w:rPr>
                <w:rFonts w:cs="Arial"/>
                <w:sz w:val="24"/>
                <w:szCs w:val="24"/>
              </w:rPr>
              <w:t>Email:</w:t>
            </w:r>
          </w:p>
        </w:tc>
        <w:tc>
          <w:tcPr>
            <w:tcW w:w="7506" w:type="dxa"/>
            <w:vAlign w:val="center"/>
          </w:tcPr>
          <w:p w14:paraId="6DD05707" w14:textId="77777777" w:rsidR="00B16D3E" w:rsidRPr="00812A16" w:rsidRDefault="00B16D3E" w:rsidP="00B16D3E">
            <w:pPr>
              <w:rPr>
                <w:rFonts w:cs="Arial"/>
                <w:sz w:val="24"/>
                <w:szCs w:val="24"/>
              </w:rPr>
            </w:pPr>
          </w:p>
        </w:tc>
      </w:tr>
      <w:tr w:rsidR="00B16D3E" w:rsidRPr="00812A16" w14:paraId="31CDCDA2" w14:textId="77777777" w:rsidTr="00844851">
        <w:trPr>
          <w:jc w:val="center"/>
        </w:trPr>
        <w:tc>
          <w:tcPr>
            <w:tcW w:w="3510" w:type="dxa"/>
            <w:shd w:val="clear" w:color="auto" w:fill="DBE5F1" w:themeFill="accent1" w:themeFillTint="33"/>
            <w:vAlign w:val="center"/>
          </w:tcPr>
          <w:p w14:paraId="27C4E04A" w14:textId="175327F5" w:rsidR="00B16D3E" w:rsidRPr="00812A16" w:rsidRDefault="00B16D3E" w:rsidP="00B16D3E">
            <w:pPr>
              <w:rPr>
                <w:rFonts w:cs="Arial"/>
                <w:sz w:val="24"/>
                <w:szCs w:val="24"/>
              </w:rPr>
            </w:pPr>
            <w:r w:rsidRPr="00812A16">
              <w:rPr>
                <w:rFonts w:cs="Arial"/>
                <w:sz w:val="24"/>
                <w:szCs w:val="24"/>
              </w:rPr>
              <w:t>Address:</w:t>
            </w:r>
          </w:p>
        </w:tc>
        <w:tc>
          <w:tcPr>
            <w:tcW w:w="7506" w:type="dxa"/>
            <w:vAlign w:val="center"/>
          </w:tcPr>
          <w:p w14:paraId="46DD45DB" w14:textId="77777777" w:rsidR="00B16D3E" w:rsidRPr="00812A16" w:rsidRDefault="00B16D3E" w:rsidP="00B16D3E">
            <w:pPr>
              <w:rPr>
                <w:rFonts w:cs="Arial"/>
                <w:sz w:val="24"/>
                <w:szCs w:val="24"/>
              </w:rPr>
            </w:pPr>
          </w:p>
        </w:tc>
      </w:tr>
    </w:tbl>
    <w:p w14:paraId="75934EF5" w14:textId="77777777" w:rsidR="00CD7678" w:rsidRPr="00812A16" w:rsidRDefault="001C7FFB">
      <w:pPr>
        <w:pStyle w:val="Heading2"/>
        <w:rPr>
          <w:rFonts w:ascii="Arial" w:hAnsi="Arial" w:cs="Arial"/>
          <w:color w:val="000000" w:themeColor="text1"/>
          <w:sz w:val="24"/>
          <w:szCs w:val="24"/>
        </w:rPr>
      </w:pPr>
      <w:r w:rsidRPr="00812A16">
        <w:rPr>
          <w:rFonts w:ascii="Arial" w:hAnsi="Arial" w:cs="Arial"/>
          <w:color w:val="000000" w:themeColor="text1"/>
          <w:sz w:val="24"/>
          <w:szCs w:val="24"/>
        </w:rPr>
        <w:t>Section 2: About the Child or Young Person</w:t>
      </w:r>
    </w:p>
    <w:tbl>
      <w:tblPr>
        <w:tblStyle w:val="TableGrid"/>
        <w:tblW w:w="0" w:type="auto"/>
        <w:jc w:val="center"/>
        <w:tblLook w:val="04A0" w:firstRow="1" w:lastRow="0" w:firstColumn="1" w:lastColumn="0" w:noHBand="0" w:noVBand="1"/>
      </w:tblPr>
      <w:tblGrid>
        <w:gridCol w:w="3510"/>
        <w:gridCol w:w="7506"/>
      </w:tblGrid>
      <w:tr w:rsidR="00B16D3E" w:rsidRPr="00812A16" w14:paraId="44E3135B" w14:textId="77777777" w:rsidTr="00844851">
        <w:trPr>
          <w:jc w:val="center"/>
        </w:trPr>
        <w:tc>
          <w:tcPr>
            <w:tcW w:w="3510" w:type="dxa"/>
            <w:shd w:val="clear" w:color="auto" w:fill="DBE5F1" w:themeFill="accent1" w:themeFillTint="33"/>
            <w:vAlign w:val="center"/>
          </w:tcPr>
          <w:p w14:paraId="6D1D8BA6" w14:textId="677FD038" w:rsidR="00B16D3E" w:rsidRPr="00812A16" w:rsidRDefault="00B16D3E" w:rsidP="00713701">
            <w:pPr>
              <w:rPr>
                <w:rFonts w:cs="Arial"/>
                <w:sz w:val="24"/>
                <w:szCs w:val="24"/>
              </w:rPr>
            </w:pPr>
            <w:r w:rsidRPr="00812A16">
              <w:rPr>
                <w:rFonts w:cs="Arial"/>
                <w:sz w:val="24"/>
                <w:szCs w:val="24"/>
              </w:rPr>
              <w:t>Name of Child/Young Person</w:t>
            </w:r>
          </w:p>
        </w:tc>
        <w:tc>
          <w:tcPr>
            <w:tcW w:w="7506" w:type="dxa"/>
            <w:vAlign w:val="center"/>
          </w:tcPr>
          <w:p w14:paraId="21834B0E" w14:textId="77777777" w:rsidR="00B16D3E" w:rsidRPr="00812A16" w:rsidRDefault="00B16D3E" w:rsidP="00713701">
            <w:pPr>
              <w:rPr>
                <w:rFonts w:cs="Arial"/>
                <w:sz w:val="24"/>
                <w:szCs w:val="24"/>
              </w:rPr>
            </w:pPr>
          </w:p>
        </w:tc>
      </w:tr>
      <w:tr w:rsidR="00B16D3E" w:rsidRPr="00812A16" w14:paraId="2E558A80" w14:textId="77777777" w:rsidTr="00844851">
        <w:trPr>
          <w:jc w:val="center"/>
        </w:trPr>
        <w:tc>
          <w:tcPr>
            <w:tcW w:w="3510" w:type="dxa"/>
            <w:shd w:val="clear" w:color="auto" w:fill="DBE5F1" w:themeFill="accent1" w:themeFillTint="33"/>
            <w:vAlign w:val="center"/>
          </w:tcPr>
          <w:p w14:paraId="566A5789" w14:textId="7B272C1C" w:rsidR="00B16D3E" w:rsidRPr="00812A16" w:rsidRDefault="00B16D3E" w:rsidP="00713701">
            <w:pPr>
              <w:rPr>
                <w:rFonts w:cs="Arial"/>
                <w:sz w:val="24"/>
                <w:szCs w:val="24"/>
              </w:rPr>
            </w:pPr>
            <w:r w:rsidRPr="00812A16">
              <w:rPr>
                <w:rFonts w:cs="Arial"/>
                <w:sz w:val="24"/>
                <w:szCs w:val="24"/>
              </w:rPr>
              <w:t>Date of Birth:</w:t>
            </w:r>
          </w:p>
        </w:tc>
        <w:tc>
          <w:tcPr>
            <w:tcW w:w="7506" w:type="dxa"/>
            <w:vAlign w:val="center"/>
          </w:tcPr>
          <w:p w14:paraId="48ACF591" w14:textId="77777777" w:rsidR="00B16D3E" w:rsidRPr="00812A16" w:rsidRDefault="00B16D3E" w:rsidP="00713701">
            <w:pPr>
              <w:rPr>
                <w:rFonts w:cs="Arial"/>
                <w:sz w:val="24"/>
                <w:szCs w:val="24"/>
              </w:rPr>
            </w:pPr>
          </w:p>
        </w:tc>
      </w:tr>
      <w:tr w:rsidR="00B16D3E" w:rsidRPr="00812A16" w14:paraId="23F48A40" w14:textId="77777777" w:rsidTr="00844851">
        <w:trPr>
          <w:jc w:val="center"/>
        </w:trPr>
        <w:tc>
          <w:tcPr>
            <w:tcW w:w="11016" w:type="dxa"/>
            <w:gridSpan w:val="2"/>
            <w:shd w:val="clear" w:color="auto" w:fill="DBE5F1" w:themeFill="accent1" w:themeFillTint="33"/>
            <w:vAlign w:val="center"/>
          </w:tcPr>
          <w:p w14:paraId="341BA779" w14:textId="12B2A575" w:rsidR="00B16D3E" w:rsidRPr="00812A16" w:rsidRDefault="00B16D3E" w:rsidP="00B16D3E">
            <w:pPr>
              <w:jc w:val="center"/>
              <w:rPr>
                <w:rFonts w:cs="Arial"/>
                <w:b/>
                <w:bCs/>
                <w:sz w:val="24"/>
                <w:szCs w:val="24"/>
              </w:rPr>
            </w:pPr>
            <w:r w:rsidRPr="00812A16">
              <w:rPr>
                <w:rFonts w:cs="Arial"/>
                <w:b/>
                <w:bCs/>
                <w:sz w:val="24"/>
                <w:szCs w:val="24"/>
              </w:rPr>
              <w:t>EHCP Status</w:t>
            </w:r>
            <w:r w:rsidR="00B130CA" w:rsidRPr="00812A16">
              <w:rPr>
                <w:rFonts w:cs="Arial"/>
                <w:b/>
                <w:bCs/>
                <w:sz w:val="24"/>
                <w:szCs w:val="24"/>
              </w:rPr>
              <w:t xml:space="preserve"> </w:t>
            </w:r>
            <w:r w:rsidR="00B130CA" w:rsidRPr="00812A16">
              <w:rPr>
                <w:rFonts w:cs="Arial"/>
                <w:b/>
                <w:sz w:val="24"/>
                <w:szCs w:val="24"/>
              </w:rPr>
              <w:t>(</w:t>
            </w:r>
            <w:r w:rsidR="00B130CA" w:rsidRPr="00812A16">
              <w:rPr>
                <w:rFonts w:eastAsia="Wingdings" w:cs="Arial"/>
                <w:b/>
                <w:sz w:val="24"/>
                <w:szCs w:val="24"/>
              </w:rPr>
              <w:t>ü</w:t>
            </w:r>
            <w:r w:rsidR="00B130CA" w:rsidRPr="00812A16">
              <w:rPr>
                <w:rFonts w:cs="Arial"/>
                <w:b/>
                <w:sz w:val="24"/>
                <w:szCs w:val="24"/>
              </w:rPr>
              <w:t>)</w:t>
            </w:r>
          </w:p>
        </w:tc>
      </w:tr>
      <w:tr w:rsidR="00B16D3E" w:rsidRPr="00812A16" w14:paraId="068F8D44" w14:textId="77777777" w:rsidTr="00844851">
        <w:trPr>
          <w:jc w:val="center"/>
        </w:trPr>
        <w:tc>
          <w:tcPr>
            <w:tcW w:w="3510" w:type="dxa"/>
            <w:shd w:val="clear" w:color="auto" w:fill="DBE5F1" w:themeFill="accent1" w:themeFillTint="33"/>
            <w:vAlign w:val="center"/>
          </w:tcPr>
          <w:p w14:paraId="24A10ACC" w14:textId="410D0258" w:rsidR="00B16D3E" w:rsidRPr="00812A16" w:rsidRDefault="00B16D3E" w:rsidP="00713701">
            <w:pPr>
              <w:rPr>
                <w:rFonts w:cs="Arial"/>
                <w:sz w:val="24"/>
                <w:szCs w:val="24"/>
              </w:rPr>
            </w:pPr>
            <w:r w:rsidRPr="00812A16">
              <w:rPr>
                <w:rFonts w:cs="Arial"/>
                <w:sz w:val="24"/>
                <w:szCs w:val="24"/>
              </w:rPr>
              <w:t>EHCP in place</w:t>
            </w:r>
          </w:p>
        </w:tc>
        <w:sdt>
          <w:sdtPr>
            <w:rPr>
              <w:rFonts w:cs="Arial"/>
              <w:sz w:val="24"/>
              <w:szCs w:val="24"/>
            </w:rPr>
            <w:id w:val="1577243336"/>
            <w14:checkbox>
              <w14:checked w14:val="0"/>
              <w14:checkedState w14:val="2612" w14:font="MS Gothic"/>
              <w14:uncheckedState w14:val="2610" w14:font="MS Gothic"/>
            </w14:checkbox>
          </w:sdtPr>
          <w:sdtContent>
            <w:tc>
              <w:tcPr>
                <w:tcW w:w="7506" w:type="dxa"/>
              </w:tcPr>
              <w:p w14:paraId="5127FFDC" w14:textId="4F0CAD95" w:rsidR="00B16D3E" w:rsidRPr="00812A16" w:rsidRDefault="00844851" w:rsidP="00713701">
                <w:pPr>
                  <w:rPr>
                    <w:rFonts w:cs="Arial"/>
                    <w:sz w:val="24"/>
                    <w:szCs w:val="24"/>
                  </w:rPr>
                </w:pPr>
                <w:r w:rsidRPr="00812A16">
                  <w:rPr>
                    <w:rFonts w:ascii="Segoe UI Symbol" w:eastAsia="MS Gothic" w:hAnsi="Segoe UI Symbol" w:cs="Segoe UI Symbol"/>
                    <w:sz w:val="24"/>
                    <w:szCs w:val="24"/>
                  </w:rPr>
                  <w:t>☐</w:t>
                </w:r>
              </w:p>
            </w:tc>
          </w:sdtContent>
        </w:sdt>
      </w:tr>
      <w:tr w:rsidR="00B16D3E" w:rsidRPr="00812A16" w14:paraId="2413B7F1" w14:textId="77777777" w:rsidTr="00844851">
        <w:trPr>
          <w:jc w:val="center"/>
        </w:trPr>
        <w:tc>
          <w:tcPr>
            <w:tcW w:w="3510" w:type="dxa"/>
            <w:shd w:val="clear" w:color="auto" w:fill="DBE5F1" w:themeFill="accent1" w:themeFillTint="33"/>
            <w:vAlign w:val="center"/>
          </w:tcPr>
          <w:p w14:paraId="21664DB7" w14:textId="52F21800" w:rsidR="00B16D3E" w:rsidRPr="00812A16" w:rsidRDefault="00B16D3E" w:rsidP="00713701">
            <w:pPr>
              <w:rPr>
                <w:rFonts w:cs="Arial"/>
                <w:sz w:val="24"/>
                <w:szCs w:val="24"/>
              </w:rPr>
            </w:pPr>
            <w:r w:rsidRPr="00812A16">
              <w:rPr>
                <w:rFonts w:cs="Arial"/>
                <w:sz w:val="24"/>
                <w:szCs w:val="24"/>
              </w:rPr>
              <w:t>Being assessed for an EHCP</w:t>
            </w:r>
          </w:p>
        </w:tc>
        <w:sdt>
          <w:sdtPr>
            <w:rPr>
              <w:rFonts w:cs="Arial"/>
              <w:sz w:val="24"/>
              <w:szCs w:val="24"/>
            </w:rPr>
            <w:id w:val="1847985705"/>
            <w14:checkbox>
              <w14:checked w14:val="0"/>
              <w14:checkedState w14:val="2612" w14:font="MS Gothic"/>
              <w14:uncheckedState w14:val="2610" w14:font="MS Gothic"/>
            </w14:checkbox>
          </w:sdtPr>
          <w:sdtContent>
            <w:tc>
              <w:tcPr>
                <w:tcW w:w="7506" w:type="dxa"/>
              </w:tcPr>
              <w:p w14:paraId="6CC0308E" w14:textId="452D043D" w:rsidR="00B16D3E" w:rsidRPr="00812A16" w:rsidRDefault="00844851" w:rsidP="00713701">
                <w:pPr>
                  <w:rPr>
                    <w:rFonts w:cs="Arial"/>
                    <w:sz w:val="24"/>
                    <w:szCs w:val="24"/>
                  </w:rPr>
                </w:pPr>
                <w:r w:rsidRPr="00812A16">
                  <w:rPr>
                    <w:rFonts w:ascii="Segoe UI Symbol" w:eastAsia="MS Gothic" w:hAnsi="Segoe UI Symbol" w:cs="Segoe UI Symbol"/>
                    <w:sz w:val="24"/>
                    <w:szCs w:val="24"/>
                  </w:rPr>
                  <w:t>☐</w:t>
                </w:r>
              </w:p>
            </w:tc>
          </w:sdtContent>
        </w:sdt>
      </w:tr>
    </w:tbl>
    <w:p w14:paraId="1A4DE75C" w14:textId="77777777" w:rsidR="00CD7678" w:rsidRPr="00812A16" w:rsidRDefault="001C7FFB">
      <w:pPr>
        <w:pStyle w:val="Heading2"/>
        <w:rPr>
          <w:rFonts w:ascii="Arial" w:hAnsi="Arial" w:cs="Arial"/>
          <w:color w:val="000000" w:themeColor="text1"/>
          <w:sz w:val="24"/>
          <w:szCs w:val="24"/>
        </w:rPr>
      </w:pPr>
      <w:r w:rsidRPr="00812A16">
        <w:rPr>
          <w:rFonts w:ascii="Arial" w:hAnsi="Arial" w:cs="Arial"/>
          <w:color w:val="000000" w:themeColor="text1"/>
          <w:sz w:val="24"/>
          <w:szCs w:val="24"/>
        </w:rPr>
        <w:t>Section 3: What You’re Requesting</w:t>
      </w:r>
    </w:p>
    <w:tbl>
      <w:tblPr>
        <w:tblStyle w:val="TableGrid"/>
        <w:tblW w:w="0" w:type="auto"/>
        <w:jc w:val="center"/>
        <w:tblLook w:val="04A0" w:firstRow="1" w:lastRow="0" w:firstColumn="1" w:lastColumn="0" w:noHBand="0" w:noVBand="1"/>
      </w:tblPr>
      <w:tblGrid>
        <w:gridCol w:w="3510"/>
        <w:gridCol w:w="7506"/>
      </w:tblGrid>
      <w:tr w:rsidR="00844851" w:rsidRPr="00812A16" w14:paraId="70578908" w14:textId="77777777" w:rsidTr="33DEA6A8">
        <w:trPr>
          <w:jc w:val="center"/>
        </w:trPr>
        <w:tc>
          <w:tcPr>
            <w:tcW w:w="11016" w:type="dxa"/>
            <w:gridSpan w:val="2"/>
            <w:shd w:val="clear" w:color="auto" w:fill="DBE5F1" w:themeFill="accent1" w:themeFillTint="33"/>
            <w:vAlign w:val="center"/>
          </w:tcPr>
          <w:p w14:paraId="0484A917" w14:textId="36B3788F" w:rsidR="00844851" w:rsidRPr="00812A16" w:rsidRDefault="00844851" w:rsidP="00844851">
            <w:pPr>
              <w:jc w:val="center"/>
              <w:rPr>
                <w:rFonts w:cs="Arial"/>
                <w:b/>
                <w:bCs/>
                <w:sz w:val="24"/>
                <w:szCs w:val="24"/>
              </w:rPr>
            </w:pPr>
            <w:r w:rsidRPr="00812A16">
              <w:rPr>
                <w:rFonts w:cs="Arial"/>
                <w:b/>
                <w:bCs/>
                <w:sz w:val="24"/>
                <w:szCs w:val="24"/>
              </w:rPr>
              <w:t>Are you asking for</w:t>
            </w:r>
            <w:r w:rsidR="00B130CA" w:rsidRPr="00812A16">
              <w:rPr>
                <w:rFonts w:cs="Arial"/>
                <w:b/>
                <w:bCs/>
                <w:sz w:val="24"/>
                <w:szCs w:val="24"/>
              </w:rPr>
              <w:t xml:space="preserve"> </w:t>
            </w:r>
            <w:r w:rsidR="00B130CA" w:rsidRPr="00812A16">
              <w:rPr>
                <w:rFonts w:cs="Arial"/>
                <w:b/>
                <w:sz w:val="24"/>
                <w:szCs w:val="24"/>
              </w:rPr>
              <w:t>(</w:t>
            </w:r>
            <w:r w:rsidR="00B130CA" w:rsidRPr="00812A16">
              <w:rPr>
                <w:rFonts w:eastAsia="Wingdings" w:cs="Arial"/>
                <w:b/>
                <w:sz w:val="24"/>
                <w:szCs w:val="24"/>
              </w:rPr>
              <w:t>ü</w:t>
            </w:r>
            <w:r w:rsidR="00B130CA" w:rsidRPr="00812A16">
              <w:rPr>
                <w:rFonts w:cs="Arial"/>
                <w:b/>
                <w:sz w:val="24"/>
                <w:szCs w:val="24"/>
              </w:rPr>
              <w:t>)</w:t>
            </w:r>
          </w:p>
        </w:tc>
      </w:tr>
      <w:tr w:rsidR="00844851" w:rsidRPr="00812A16" w14:paraId="06C694A4" w14:textId="77777777" w:rsidTr="33DEA6A8">
        <w:trPr>
          <w:jc w:val="center"/>
        </w:trPr>
        <w:tc>
          <w:tcPr>
            <w:tcW w:w="3510" w:type="dxa"/>
            <w:shd w:val="clear" w:color="auto" w:fill="DBE5F1" w:themeFill="accent1" w:themeFillTint="33"/>
            <w:vAlign w:val="center"/>
          </w:tcPr>
          <w:p w14:paraId="6930E227" w14:textId="3CCD06EA" w:rsidR="00844851" w:rsidRPr="00812A16" w:rsidRDefault="00844851" w:rsidP="00713701">
            <w:pPr>
              <w:rPr>
                <w:rFonts w:cs="Arial"/>
                <w:sz w:val="24"/>
                <w:szCs w:val="24"/>
              </w:rPr>
            </w:pPr>
            <w:r w:rsidRPr="00812A16">
              <w:rPr>
                <w:rFonts w:cs="Arial"/>
                <w:sz w:val="24"/>
                <w:szCs w:val="24"/>
              </w:rPr>
              <w:t xml:space="preserve">A personal budget for the first time  </w:t>
            </w:r>
          </w:p>
        </w:tc>
        <w:sdt>
          <w:sdtPr>
            <w:rPr>
              <w:rFonts w:cs="Arial"/>
              <w:sz w:val="24"/>
              <w:szCs w:val="24"/>
            </w:rPr>
            <w:id w:val="1009721459"/>
            <w14:checkbox>
              <w14:checked w14:val="0"/>
              <w14:checkedState w14:val="2612" w14:font="MS Gothic"/>
              <w14:uncheckedState w14:val="2610" w14:font="MS Gothic"/>
            </w14:checkbox>
          </w:sdtPr>
          <w:sdtContent>
            <w:tc>
              <w:tcPr>
                <w:tcW w:w="7506" w:type="dxa"/>
              </w:tcPr>
              <w:p w14:paraId="1360E1E4" w14:textId="242E4879" w:rsidR="00844851" w:rsidRPr="00812A16" w:rsidRDefault="0055320C" w:rsidP="00713701">
                <w:pPr>
                  <w:rPr>
                    <w:rFonts w:cs="Arial"/>
                    <w:sz w:val="24"/>
                    <w:szCs w:val="24"/>
                  </w:rPr>
                </w:pPr>
                <w:r w:rsidRPr="00812A16">
                  <w:rPr>
                    <w:rFonts w:ascii="Segoe UI Symbol" w:eastAsia="MS Gothic" w:hAnsi="Segoe UI Symbol" w:cs="Segoe UI Symbol"/>
                    <w:sz w:val="24"/>
                    <w:szCs w:val="24"/>
                  </w:rPr>
                  <w:t>☐</w:t>
                </w:r>
              </w:p>
            </w:tc>
          </w:sdtContent>
        </w:sdt>
      </w:tr>
      <w:tr w:rsidR="00844851" w:rsidRPr="00812A16" w14:paraId="2EBDC18B" w14:textId="77777777" w:rsidTr="33DEA6A8">
        <w:trPr>
          <w:jc w:val="center"/>
        </w:trPr>
        <w:tc>
          <w:tcPr>
            <w:tcW w:w="3510" w:type="dxa"/>
            <w:shd w:val="clear" w:color="auto" w:fill="DBE5F1" w:themeFill="accent1" w:themeFillTint="33"/>
            <w:vAlign w:val="center"/>
          </w:tcPr>
          <w:p w14:paraId="25255214" w14:textId="3426FECB" w:rsidR="00844851" w:rsidRPr="00812A16" w:rsidRDefault="00844851" w:rsidP="00713701">
            <w:pPr>
              <w:rPr>
                <w:rFonts w:cs="Arial"/>
                <w:sz w:val="24"/>
                <w:szCs w:val="24"/>
              </w:rPr>
            </w:pPr>
            <w:r w:rsidRPr="00812A16">
              <w:rPr>
                <w:rFonts w:cs="Arial"/>
                <w:sz w:val="24"/>
                <w:szCs w:val="24"/>
              </w:rPr>
              <w:t>A change to an existing personal budget</w:t>
            </w:r>
          </w:p>
        </w:tc>
        <w:sdt>
          <w:sdtPr>
            <w:rPr>
              <w:rFonts w:cs="Arial"/>
              <w:sz w:val="24"/>
              <w:szCs w:val="24"/>
            </w:rPr>
            <w:id w:val="1330170268"/>
            <w14:checkbox>
              <w14:checked w14:val="0"/>
              <w14:checkedState w14:val="2612" w14:font="MS Gothic"/>
              <w14:uncheckedState w14:val="2610" w14:font="MS Gothic"/>
            </w14:checkbox>
          </w:sdtPr>
          <w:sdtContent>
            <w:tc>
              <w:tcPr>
                <w:tcW w:w="7506" w:type="dxa"/>
              </w:tcPr>
              <w:p w14:paraId="23CA9B8A" w14:textId="6DD23A82" w:rsidR="00844851" w:rsidRPr="00812A16" w:rsidRDefault="00844851" w:rsidP="00713701">
                <w:pPr>
                  <w:rPr>
                    <w:rFonts w:cs="Arial"/>
                    <w:sz w:val="24"/>
                    <w:szCs w:val="24"/>
                  </w:rPr>
                </w:pPr>
                <w:r w:rsidRPr="00812A16">
                  <w:rPr>
                    <w:rFonts w:ascii="Segoe UI Symbol" w:eastAsia="MS Gothic" w:hAnsi="Segoe UI Symbol" w:cs="Segoe UI Symbol"/>
                    <w:sz w:val="24"/>
                    <w:szCs w:val="24"/>
                  </w:rPr>
                  <w:t>☐</w:t>
                </w:r>
              </w:p>
            </w:tc>
          </w:sdtContent>
        </w:sdt>
      </w:tr>
      <w:tr w:rsidR="0055320C" w:rsidRPr="00812A16" w14:paraId="68B74A77" w14:textId="77777777" w:rsidTr="33DEA6A8">
        <w:trPr>
          <w:jc w:val="center"/>
        </w:trPr>
        <w:tc>
          <w:tcPr>
            <w:tcW w:w="11016" w:type="dxa"/>
            <w:gridSpan w:val="2"/>
            <w:shd w:val="clear" w:color="auto" w:fill="DBE5F1" w:themeFill="accent1" w:themeFillTint="33"/>
            <w:vAlign w:val="center"/>
          </w:tcPr>
          <w:p w14:paraId="497A024E" w14:textId="2A5F0CAD" w:rsidR="0055320C" w:rsidRPr="00812A16" w:rsidRDefault="0055320C" w:rsidP="0055320C">
            <w:pPr>
              <w:jc w:val="center"/>
              <w:rPr>
                <w:rFonts w:cs="Arial"/>
                <w:sz w:val="24"/>
                <w:szCs w:val="24"/>
              </w:rPr>
            </w:pPr>
            <w:r w:rsidRPr="00812A16">
              <w:rPr>
                <w:rFonts w:cs="Arial"/>
                <w:b/>
                <w:sz w:val="24"/>
                <w:szCs w:val="24"/>
              </w:rPr>
              <w:t>Please tick as appropriate (</w:t>
            </w:r>
            <w:r w:rsidRPr="00812A16">
              <w:rPr>
                <w:rFonts w:eastAsia="Wingdings" w:cs="Arial"/>
                <w:b/>
                <w:sz w:val="24"/>
                <w:szCs w:val="24"/>
              </w:rPr>
              <w:t>ü</w:t>
            </w:r>
            <w:r w:rsidRPr="00812A16">
              <w:rPr>
                <w:rFonts w:cs="Arial"/>
                <w:b/>
                <w:sz w:val="24"/>
                <w:szCs w:val="24"/>
              </w:rPr>
              <w:t>)</w:t>
            </w:r>
          </w:p>
        </w:tc>
      </w:tr>
      <w:tr w:rsidR="0055320C" w:rsidRPr="00812A16" w14:paraId="6A3B12E1" w14:textId="77777777" w:rsidTr="33DEA6A8">
        <w:trPr>
          <w:jc w:val="center"/>
        </w:trPr>
        <w:tc>
          <w:tcPr>
            <w:tcW w:w="3510" w:type="dxa"/>
            <w:shd w:val="clear" w:color="auto" w:fill="DBE5F1" w:themeFill="accent1" w:themeFillTint="33"/>
            <w:vAlign w:val="center"/>
          </w:tcPr>
          <w:p w14:paraId="71260982" w14:textId="6AD5A3FC" w:rsidR="0055320C" w:rsidRPr="00812A16" w:rsidRDefault="0055320C" w:rsidP="00713701">
            <w:pPr>
              <w:rPr>
                <w:rFonts w:cs="Arial"/>
                <w:sz w:val="24"/>
                <w:szCs w:val="24"/>
              </w:rPr>
            </w:pPr>
            <w:r w:rsidRPr="00812A16">
              <w:rPr>
                <w:rFonts w:cs="Arial"/>
                <w:sz w:val="24"/>
                <w:szCs w:val="24"/>
              </w:rPr>
              <w:t>I am requesting a personal budget as part of the EHC assessment.</w:t>
            </w:r>
          </w:p>
        </w:tc>
        <w:sdt>
          <w:sdtPr>
            <w:rPr>
              <w:rFonts w:cs="Arial"/>
              <w:sz w:val="24"/>
              <w:szCs w:val="24"/>
            </w:rPr>
            <w:id w:val="2326093"/>
            <w14:checkbox>
              <w14:checked w14:val="0"/>
              <w14:checkedState w14:val="2612" w14:font="MS Gothic"/>
              <w14:uncheckedState w14:val="2610" w14:font="MS Gothic"/>
            </w14:checkbox>
          </w:sdtPr>
          <w:sdtContent>
            <w:tc>
              <w:tcPr>
                <w:tcW w:w="7506" w:type="dxa"/>
              </w:tcPr>
              <w:p w14:paraId="5B47BD6E" w14:textId="50FB2094" w:rsidR="0055320C" w:rsidRPr="00812A16" w:rsidRDefault="0055320C" w:rsidP="00713701">
                <w:pPr>
                  <w:rPr>
                    <w:rFonts w:cs="Arial"/>
                    <w:sz w:val="24"/>
                    <w:szCs w:val="24"/>
                  </w:rPr>
                </w:pPr>
                <w:r w:rsidRPr="00812A16">
                  <w:rPr>
                    <w:rFonts w:ascii="Segoe UI Symbol" w:eastAsia="MS Gothic" w:hAnsi="Segoe UI Symbol" w:cs="Segoe UI Symbol"/>
                    <w:sz w:val="24"/>
                    <w:szCs w:val="24"/>
                  </w:rPr>
                  <w:t>☐</w:t>
                </w:r>
              </w:p>
            </w:tc>
          </w:sdtContent>
        </w:sdt>
      </w:tr>
      <w:tr w:rsidR="0055320C" w:rsidRPr="00812A16" w14:paraId="70AC2775" w14:textId="77777777" w:rsidTr="33DEA6A8">
        <w:trPr>
          <w:jc w:val="center"/>
        </w:trPr>
        <w:tc>
          <w:tcPr>
            <w:tcW w:w="3510" w:type="dxa"/>
            <w:shd w:val="clear" w:color="auto" w:fill="DBE5F1" w:themeFill="accent1" w:themeFillTint="33"/>
            <w:vAlign w:val="center"/>
          </w:tcPr>
          <w:p w14:paraId="7198EF08" w14:textId="0E0184CC" w:rsidR="0055320C" w:rsidRPr="00812A16" w:rsidRDefault="0055320C" w:rsidP="00713701">
            <w:pPr>
              <w:rPr>
                <w:rFonts w:cs="Arial"/>
                <w:sz w:val="24"/>
                <w:szCs w:val="24"/>
              </w:rPr>
            </w:pPr>
            <w:r w:rsidRPr="00812A16">
              <w:rPr>
                <w:rFonts w:cs="Arial"/>
                <w:sz w:val="24"/>
                <w:szCs w:val="24"/>
              </w:rPr>
              <w:t xml:space="preserve">I am requesting a personal budget as part of an EHC Plan Annual Review.  </w:t>
            </w:r>
          </w:p>
        </w:tc>
        <w:sdt>
          <w:sdtPr>
            <w:rPr>
              <w:rFonts w:cs="Arial"/>
              <w:sz w:val="24"/>
              <w:szCs w:val="24"/>
            </w:rPr>
            <w:id w:val="-922958028"/>
            <w14:checkbox>
              <w14:checked w14:val="0"/>
              <w14:checkedState w14:val="2612" w14:font="MS Gothic"/>
              <w14:uncheckedState w14:val="2610" w14:font="MS Gothic"/>
            </w14:checkbox>
          </w:sdtPr>
          <w:sdtContent>
            <w:tc>
              <w:tcPr>
                <w:tcW w:w="7506" w:type="dxa"/>
              </w:tcPr>
              <w:p w14:paraId="1316E717" w14:textId="3A9633B9" w:rsidR="0055320C" w:rsidRPr="00812A16" w:rsidRDefault="0055320C" w:rsidP="00713701">
                <w:pPr>
                  <w:rPr>
                    <w:rFonts w:cs="Arial"/>
                    <w:sz w:val="24"/>
                    <w:szCs w:val="24"/>
                  </w:rPr>
                </w:pPr>
                <w:r w:rsidRPr="00812A16">
                  <w:rPr>
                    <w:rFonts w:ascii="Segoe UI Symbol" w:eastAsia="MS Gothic" w:hAnsi="Segoe UI Symbol" w:cs="Segoe UI Symbol"/>
                    <w:sz w:val="24"/>
                    <w:szCs w:val="24"/>
                  </w:rPr>
                  <w:t>☐</w:t>
                </w:r>
              </w:p>
            </w:tc>
          </w:sdtContent>
        </w:sdt>
      </w:tr>
      <w:tr w:rsidR="00844851" w:rsidRPr="00812A16" w14:paraId="271F8DD2" w14:textId="77777777" w:rsidTr="33DEA6A8">
        <w:trPr>
          <w:jc w:val="center"/>
        </w:trPr>
        <w:tc>
          <w:tcPr>
            <w:tcW w:w="3510" w:type="dxa"/>
            <w:shd w:val="clear" w:color="auto" w:fill="DBE5F1" w:themeFill="accent1" w:themeFillTint="33"/>
            <w:vAlign w:val="center"/>
          </w:tcPr>
          <w:p w14:paraId="0C2D30F9" w14:textId="5C954056" w:rsidR="00844851" w:rsidRPr="00812A16" w:rsidRDefault="00844851" w:rsidP="00713701">
            <w:pPr>
              <w:rPr>
                <w:rFonts w:cs="Arial"/>
                <w:sz w:val="24"/>
                <w:szCs w:val="24"/>
              </w:rPr>
            </w:pPr>
            <w:r w:rsidRPr="00812A16">
              <w:rPr>
                <w:rFonts w:cs="Arial"/>
                <w:sz w:val="24"/>
                <w:szCs w:val="24"/>
              </w:rPr>
              <w:t>Cost (£) (please provide any breakdown</w:t>
            </w:r>
          </w:p>
        </w:tc>
        <w:tc>
          <w:tcPr>
            <w:tcW w:w="7506" w:type="dxa"/>
            <w:vAlign w:val="center"/>
          </w:tcPr>
          <w:p w14:paraId="60223001" w14:textId="77777777" w:rsidR="00844851" w:rsidRPr="00812A16" w:rsidRDefault="00844851" w:rsidP="00713701">
            <w:pPr>
              <w:rPr>
                <w:rFonts w:cs="Arial"/>
                <w:sz w:val="24"/>
                <w:szCs w:val="24"/>
              </w:rPr>
            </w:pPr>
          </w:p>
          <w:p w14:paraId="3CBC83F8" w14:textId="77777777" w:rsidR="00844851" w:rsidRPr="00812A16" w:rsidRDefault="00844851" w:rsidP="00713701">
            <w:pPr>
              <w:rPr>
                <w:rFonts w:cs="Arial"/>
                <w:sz w:val="24"/>
                <w:szCs w:val="24"/>
              </w:rPr>
            </w:pPr>
          </w:p>
        </w:tc>
      </w:tr>
      <w:tr w:rsidR="00844851" w:rsidRPr="00812A16" w14:paraId="5C3FD97D" w14:textId="77777777" w:rsidTr="33DEA6A8">
        <w:trPr>
          <w:jc w:val="center"/>
        </w:trPr>
        <w:tc>
          <w:tcPr>
            <w:tcW w:w="3510" w:type="dxa"/>
            <w:shd w:val="clear" w:color="auto" w:fill="DBE5F1" w:themeFill="accent1" w:themeFillTint="33"/>
            <w:vAlign w:val="center"/>
          </w:tcPr>
          <w:p w14:paraId="54107694" w14:textId="769F6D70" w:rsidR="00844851" w:rsidRPr="00812A16" w:rsidRDefault="00844851" w:rsidP="00713701">
            <w:pPr>
              <w:rPr>
                <w:rFonts w:cs="Arial"/>
                <w:sz w:val="24"/>
                <w:szCs w:val="24"/>
              </w:rPr>
            </w:pPr>
            <w:r w:rsidRPr="00812A16">
              <w:rPr>
                <w:rFonts w:cs="Arial"/>
                <w:sz w:val="24"/>
                <w:szCs w:val="24"/>
              </w:rPr>
              <w:t>TOTAL Cost (£)</w:t>
            </w:r>
          </w:p>
        </w:tc>
        <w:tc>
          <w:tcPr>
            <w:tcW w:w="7506" w:type="dxa"/>
            <w:vAlign w:val="center"/>
          </w:tcPr>
          <w:p w14:paraId="16A1E7A1" w14:textId="77777777" w:rsidR="00844851" w:rsidRPr="00812A16" w:rsidRDefault="00844851" w:rsidP="00713701">
            <w:pPr>
              <w:rPr>
                <w:rFonts w:cs="Arial"/>
                <w:sz w:val="24"/>
                <w:szCs w:val="24"/>
              </w:rPr>
            </w:pPr>
          </w:p>
        </w:tc>
      </w:tr>
      <w:tr w:rsidR="00844851" w:rsidRPr="00812A16" w14:paraId="586CA67C" w14:textId="77777777" w:rsidTr="33DEA6A8">
        <w:trPr>
          <w:jc w:val="center"/>
        </w:trPr>
        <w:tc>
          <w:tcPr>
            <w:tcW w:w="11016" w:type="dxa"/>
            <w:gridSpan w:val="2"/>
            <w:shd w:val="clear" w:color="auto" w:fill="DBE5F1" w:themeFill="accent1" w:themeFillTint="33"/>
            <w:vAlign w:val="center"/>
          </w:tcPr>
          <w:p w14:paraId="2399A571" w14:textId="25F40302" w:rsidR="00844851" w:rsidRPr="00812A16" w:rsidRDefault="00844851" w:rsidP="00844851">
            <w:pPr>
              <w:jc w:val="center"/>
              <w:rPr>
                <w:rFonts w:cs="Arial"/>
                <w:b/>
                <w:bCs/>
                <w:sz w:val="24"/>
                <w:szCs w:val="24"/>
              </w:rPr>
            </w:pPr>
            <w:r w:rsidRPr="00812A16">
              <w:rPr>
                <w:rFonts w:cs="Arial"/>
                <w:b/>
                <w:bCs/>
                <w:sz w:val="24"/>
                <w:szCs w:val="24"/>
              </w:rPr>
              <w:lastRenderedPageBreak/>
              <w:t>What support or services are you hoping to use the budget for?</w:t>
            </w:r>
          </w:p>
        </w:tc>
      </w:tr>
      <w:tr w:rsidR="00844851" w:rsidRPr="00812A16" w14:paraId="439A864B" w14:textId="77777777" w:rsidTr="33DEA6A8">
        <w:trPr>
          <w:jc w:val="center"/>
        </w:trPr>
        <w:tc>
          <w:tcPr>
            <w:tcW w:w="11016" w:type="dxa"/>
            <w:gridSpan w:val="2"/>
            <w:vAlign w:val="center"/>
          </w:tcPr>
          <w:p w14:paraId="2DBE4484" w14:textId="77777777" w:rsidR="00844851" w:rsidRPr="00812A16" w:rsidRDefault="00844851" w:rsidP="00713701">
            <w:pPr>
              <w:rPr>
                <w:rFonts w:cs="Arial"/>
                <w:sz w:val="24"/>
                <w:szCs w:val="24"/>
              </w:rPr>
            </w:pPr>
          </w:p>
          <w:p w14:paraId="6A135A7B" w14:textId="77777777" w:rsidR="00844851" w:rsidRPr="00812A16" w:rsidRDefault="00844851" w:rsidP="00713701">
            <w:pPr>
              <w:rPr>
                <w:rFonts w:cs="Arial"/>
                <w:sz w:val="24"/>
                <w:szCs w:val="24"/>
              </w:rPr>
            </w:pPr>
          </w:p>
          <w:p w14:paraId="548C646F" w14:textId="77777777" w:rsidR="00844851" w:rsidRPr="00812A16" w:rsidRDefault="00844851" w:rsidP="00713701">
            <w:pPr>
              <w:rPr>
                <w:rFonts w:cs="Arial"/>
                <w:sz w:val="24"/>
                <w:szCs w:val="24"/>
              </w:rPr>
            </w:pPr>
          </w:p>
          <w:p w14:paraId="5955974F" w14:textId="77777777" w:rsidR="00844851" w:rsidRPr="00812A16" w:rsidRDefault="00844851" w:rsidP="00713701">
            <w:pPr>
              <w:rPr>
                <w:rFonts w:cs="Arial"/>
                <w:sz w:val="24"/>
                <w:szCs w:val="24"/>
              </w:rPr>
            </w:pPr>
          </w:p>
        </w:tc>
      </w:tr>
      <w:tr w:rsidR="00844851" w:rsidRPr="00812A16" w14:paraId="07BE3064" w14:textId="77777777" w:rsidTr="33DEA6A8">
        <w:trPr>
          <w:jc w:val="center"/>
        </w:trPr>
        <w:tc>
          <w:tcPr>
            <w:tcW w:w="11016" w:type="dxa"/>
            <w:gridSpan w:val="2"/>
            <w:shd w:val="clear" w:color="auto" w:fill="DBE5F1" w:themeFill="accent1" w:themeFillTint="33"/>
            <w:vAlign w:val="center"/>
          </w:tcPr>
          <w:p w14:paraId="0EE7C14E" w14:textId="77777777" w:rsidR="00844851" w:rsidRPr="00812A16" w:rsidRDefault="00844851" w:rsidP="00844851">
            <w:pPr>
              <w:jc w:val="center"/>
              <w:rPr>
                <w:rFonts w:cs="Arial"/>
                <w:b/>
                <w:bCs/>
                <w:sz w:val="24"/>
                <w:szCs w:val="24"/>
              </w:rPr>
            </w:pPr>
          </w:p>
          <w:p w14:paraId="55E9DC88" w14:textId="6BEF7678" w:rsidR="00844851" w:rsidRPr="00812A16" w:rsidRDefault="00844851" w:rsidP="00844851">
            <w:pPr>
              <w:jc w:val="center"/>
              <w:rPr>
                <w:rFonts w:cs="Arial"/>
                <w:b/>
                <w:bCs/>
                <w:sz w:val="24"/>
                <w:szCs w:val="24"/>
              </w:rPr>
            </w:pPr>
            <w:r w:rsidRPr="00812A16">
              <w:rPr>
                <w:rFonts w:cs="Arial"/>
                <w:b/>
                <w:bCs/>
                <w:sz w:val="24"/>
                <w:szCs w:val="24"/>
              </w:rPr>
              <w:t>How will this help your child meet their EHCP outcomes?</w:t>
            </w:r>
          </w:p>
        </w:tc>
      </w:tr>
      <w:tr w:rsidR="00844851" w:rsidRPr="00812A16" w14:paraId="59C670FD" w14:textId="77777777" w:rsidTr="33DEA6A8">
        <w:trPr>
          <w:jc w:val="center"/>
        </w:trPr>
        <w:tc>
          <w:tcPr>
            <w:tcW w:w="11016" w:type="dxa"/>
            <w:gridSpan w:val="2"/>
            <w:vAlign w:val="center"/>
          </w:tcPr>
          <w:p w14:paraId="7BCF0F71" w14:textId="77777777" w:rsidR="00844851" w:rsidRPr="00812A16" w:rsidRDefault="00844851" w:rsidP="00713701">
            <w:pPr>
              <w:rPr>
                <w:rFonts w:cs="Arial"/>
                <w:sz w:val="24"/>
                <w:szCs w:val="24"/>
              </w:rPr>
            </w:pPr>
          </w:p>
          <w:p w14:paraId="28308ABA" w14:textId="77777777" w:rsidR="00844851" w:rsidRPr="00812A16" w:rsidRDefault="00844851" w:rsidP="00713701">
            <w:pPr>
              <w:rPr>
                <w:rFonts w:cs="Arial"/>
                <w:sz w:val="24"/>
                <w:szCs w:val="24"/>
              </w:rPr>
            </w:pPr>
          </w:p>
          <w:p w14:paraId="40EE10B0" w14:textId="77777777" w:rsidR="00844851" w:rsidRPr="00812A16" w:rsidRDefault="00844851" w:rsidP="00713701">
            <w:pPr>
              <w:rPr>
                <w:rFonts w:cs="Arial"/>
                <w:sz w:val="24"/>
                <w:szCs w:val="24"/>
              </w:rPr>
            </w:pPr>
          </w:p>
          <w:p w14:paraId="0C635527" w14:textId="77777777" w:rsidR="00844851" w:rsidRPr="00812A16" w:rsidRDefault="00844851" w:rsidP="00713701">
            <w:pPr>
              <w:rPr>
                <w:rFonts w:cs="Arial"/>
                <w:sz w:val="24"/>
                <w:szCs w:val="24"/>
              </w:rPr>
            </w:pPr>
          </w:p>
        </w:tc>
      </w:tr>
      <w:tr w:rsidR="00A763DD" w:rsidRPr="00812A16" w14:paraId="05930545" w14:textId="77777777" w:rsidTr="33DEA6A8">
        <w:trPr>
          <w:jc w:val="center"/>
        </w:trPr>
        <w:tc>
          <w:tcPr>
            <w:tcW w:w="11016" w:type="dxa"/>
            <w:gridSpan w:val="2"/>
            <w:shd w:val="clear" w:color="auto" w:fill="DBE5F1" w:themeFill="accent1" w:themeFillTint="33"/>
            <w:vAlign w:val="center"/>
          </w:tcPr>
          <w:p w14:paraId="209C4DB4" w14:textId="77777777" w:rsidR="00A763DD" w:rsidRPr="00812A16" w:rsidRDefault="33DEA6A8">
            <w:pPr>
              <w:rPr>
                <w:rFonts w:cs="Arial"/>
                <w:sz w:val="24"/>
                <w:szCs w:val="24"/>
              </w:rPr>
            </w:pPr>
            <w:r w:rsidRPr="00812A16">
              <w:rPr>
                <w:rFonts w:cs="Arial"/>
                <w:b/>
                <w:bCs/>
                <w:sz w:val="24"/>
                <w:szCs w:val="24"/>
              </w:rPr>
              <w:t>Has this request been discussed as part of an EHC assessment, annual review, reassessment or amendment process? Please provide the date and who attended.</w:t>
            </w:r>
          </w:p>
        </w:tc>
      </w:tr>
      <w:tr w:rsidR="00A763DD" w:rsidRPr="00812A16" w14:paraId="672A6659" w14:textId="77777777" w:rsidTr="33DEA6A8">
        <w:trPr>
          <w:jc w:val="center"/>
        </w:trPr>
        <w:tc>
          <w:tcPr>
            <w:tcW w:w="11016" w:type="dxa"/>
            <w:gridSpan w:val="2"/>
            <w:vAlign w:val="center"/>
          </w:tcPr>
          <w:p w14:paraId="0A37501D" w14:textId="77777777" w:rsidR="00A763DD" w:rsidRPr="00812A16" w:rsidRDefault="00A763DD">
            <w:pPr>
              <w:rPr>
                <w:rFonts w:cs="Arial"/>
                <w:sz w:val="24"/>
                <w:szCs w:val="24"/>
              </w:rPr>
            </w:pPr>
          </w:p>
        </w:tc>
      </w:tr>
      <w:tr w:rsidR="00A763DD" w:rsidRPr="00812A16" w14:paraId="20087983" w14:textId="77777777" w:rsidTr="33DEA6A8">
        <w:trPr>
          <w:jc w:val="center"/>
        </w:trPr>
        <w:tc>
          <w:tcPr>
            <w:tcW w:w="11016" w:type="dxa"/>
            <w:gridSpan w:val="2"/>
            <w:shd w:val="clear" w:color="auto" w:fill="DBE5F1" w:themeFill="accent1" w:themeFillTint="33"/>
            <w:vAlign w:val="center"/>
          </w:tcPr>
          <w:p w14:paraId="1F2D0CA5" w14:textId="77777777" w:rsidR="00A763DD" w:rsidRPr="00812A16" w:rsidRDefault="00000000">
            <w:pPr>
              <w:rPr>
                <w:rFonts w:cs="Arial"/>
                <w:sz w:val="24"/>
                <w:szCs w:val="24"/>
              </w:rPr>
            </w:pPr>
            <w:r w:rsidRPr="00812A16">
              <w:rPr>
                <w:rFonts w:cs="Arial"/>
                <w:b/>
                <w:sz w:val="24"/>
                <w:szCs w:val="24"/>
              </w:rPr>
              <w:t>Which provision in Section F of the EHC Plan, or proposed Section F, does this request relate to? Please include the relevant outcome(s).</w:t>
            </w:r>
          </w:p>
        </w:tc>
      </w:tr>
      <w:tr w:rsidR="00A763DD" w:rsidRPr="00812A16" w14:paraId="5DAB6C7B" w14:textId="77777777" w:rsidTr="33DEA6A8">
        <w:trPr>
          <w:jc w:val="center"/>
        </w:trPr>
        <w:tc>
          <w:tcPr>
            <w:tcW w:w="11016" w:type="dxa"/>
            <w:gridSpan w:val="2"/>
            <w:vAlign w:val="center"/>
          </w:tcPr>
          <w:p w14:paraId="02EB378F" w14:textId="77777777" w:rsidR="00A763DD" w:rsidRPr="00812A16" w:rsidRDefault="00A763DD">
            <w:pPr>
              <w:rPr>
                <w:rFonts w:cs="Arial"/>
                <w:sz w:val="24"/>
                <w:szCs w:val="24"/>
              </w:rPr>
            </w:pPr>
          </w:p>
        </w:tc>
      </w:tr>
      <w:tr w:rsidR="00A763DD" w:rsidRPr="00812A16" w14:paraId="3E838398" w14:textId="77777777" w:rsidTr="33DEA6A8">
        <w:trPr>
          <w:jc w:val="center"/>
        </w:trPr>
        <w:tc>
          <w:tcPr>
            <w:tcW w:w="11016" w:type="dxa"/>
            <w:gridSpan w:val="2"/>
            <w:shd w:val="clear" w:color="auto" w:fill="DBE5F1" w:themeFill="accent1" w:themeFillTint="33"/>
            <w:vAlign w:val="center"/>
          </w:tcPr>
          <w:p w14:paraId="2FBBD448" w14:textId="77777777" w:rsidR="00A763DD" w:rsidRPr="00812A16" w:rsidRDefault="00000000">
            <w:pPr>
              <w:rPr>
                <w:rFonts w:cs="Arial"/>
                <w:sz w:val="24"/>
                <w:szCs w:val="24"/>
              </w:rPr>
            </w:pPr>
            <w:r w:rsidRPr="00812A16">
              <w:rPr>
                <w:rFonts w:cs="Arial"/>
                <w:b/>
                <w:sz w:val="24"/>
                <w:szCs w:val="24"/>
              </w:rPr>
              <w:t>Evidence and cost information provided. Please attach provider quotes, proposed timetable, provider details, and any professional advice you want considered.</w:t>
            </w:r>
          </w:p>
        </w:tc>
      </w:tr>
      <w:tr w:rsidR="00A763DD" w:rsidRPr="00812A16" w14:paraId="08ED7F49" w14:textId="77777777" w:rsidTr="33DEA6A8">
        <w:trPr>
          <w:jc w:val="center"/>
        </w:trPr>
        <w:tc>
          <w:tcPr>
            <w:tcW w:w="11016" w:type="dxa"/>
            <w:gridSpan w:val="2"/>
            <w:vAlign w:val="center"/>
          </w:tcPr>
          <w:p w14:paraId="6BFE5B65" w14:textId="77777777" w:rsidR="00A763DD" w:rsidRPr="00812A16" w:rsidRDefault="00000000">
            <w:pPr>
              <w:rPr>
                <w:rFonts w:cs="Arial"/>
                <w:sz w:val="24"/>
                <w:szCs w:val="24"/>
              </w:rPr>
            </w:pPr>
            <w:r w:rsidRPr="00812A16">
              <w:rPr>
                <w:rFonts w:ascii="Segoe UI Symbol" w:hAnsi="Segoe UI Symbol" w:cs="Segoe UI Symbol"/>
                <w:sz w:val="24"/>
                <w:szCs w:val="24"/>
              </w:rPr>
              <w:t>☐</w:t>
            </w:r>
            <w:r w:rsidRPr="00812A16">
              <w:rPr>
                <w:rFonts w:cs="Arial"/>
                <w:sz w:val="24"/>
                <w:szCs w:val="24"/>
              </w:rPr>
              <w:t xml:space="preserve"> Provider quote(s) attached   </w:t>
            </w:r>
            <w:r w:rsidRPr="00812A16">
              <w:rPr>
                <w:rFonts w:ascii="Segoe UI Symbol" w:hAnsi="Segoe UI Symbol" w:cs="Segoe UI Symbol"/>
                <w:sz w:val="24"/>
                <w:szCs w:val="24"/>
              </w:rPr>
              <w:t>☐</w:t>
            </w:r>
            <w:r w:rsidRPr="00812A16">
              <w:rPr>
                <w:rFonts w:cs="Arial"/>
                <w:sz w:val="24"/>
                <w:szCs w:val="24"/>
              </w:rPr>
              <w:t xml:space="preserve"> Proposed timetable attached   </w:t>
            </w:r>
            <w:r w:rsidRPr="00812A16">
              <w:rPr>
                <w:rFonts w:ascii="Segoe UI Symbol" w:hAnsi="Segoe UI Symbol" w:cs="Segoe UI Symbol"/>
                <w:sz w:val="24"/>
                <w:szCs w:val="24"/>
              </w:rPr>
              <w:t>☐</w:t>
            </w:r>
            <w:r w:rsidRPr="00812A16">
              <w:rPr>
                <w:rFonts w:cs="Arial"/>
                <w:sz w:val="24"/>
                <w:szCs w:val="24"/>
              </w:rPr>
              <w:t xml:space="preserve"> Professional advice attached   </w:t>
            </w:r>
            <w:r w:rsidRPr="00812A16">
              <w:rPr>
                <w:rFonts w:ascii="Segoe UI Symbol" w:hAnsi="Segoe UI Symbol" w:cs="Segoe UI Symbol"/>
                <w:sz w:val="24"/>
                <w:szCs w:val="24"/>
              </w:rPr>
              <w:t>☐</w:t>
            </w:r>
            <w:r w:rsidRPr="00812A16">
              <w:rPr>
                <w:rFonts w:cs="Arial"/>
                <w:sz w:val="24"/>
                <w:szCs w:val="24"/>
              </w:rPr>
              <w:t xml:space="preserve"> Other evidence attached</w:t>
            </w:r>
          </w:p>
        </w:tc>
      </w:tr>
      <w:tr w:rsidR="00A763DD" w:rsidRPr="00812A16" w14:paraId="0724A778" w14:textId="77777777" w:rsidTr="33DEA6A8">
        <w:trPr>
          <w:jc w:val="center"/>
        </w:trPr>
        <w:tc>
          <w:tcPr>
            <w:tcW w:w="11016" w:type="dxa"/>
            <w:gridSpan w:val="2"/>
            <w:shd w:val="clear" w:color="auto" w:fill="DBE5F1" w:themeFill="accent1" w:themeFillTint="33"/>
            <w:vAlign w:val="center"/>
          </w:tcPr>
          <w:p w14:paraId="662A5AC5" w14:textId="415189C9" w:rsidR="00A763DD" w:rsidRPr="00812A16" w:rsidRDefault="33DEA6A8">
            <w:pPr>
              <w:rPr>
                <w:rFonts w:cs="Arial"/>
                <w:sz w:val="24"/>
                <w:szCs w:val="24"/>
              </w:rPr>
            </w:pPr>
            <w:r w:rsidRPr="00812A16">
              <w:rPr>
                <w:rFonts w:cs="Arial"/>
                <w:b/>
                <w:bCs/>
                <w:sz w:val="24"/>
                <w:szCs w:val="24"/>
              </w:rPr>
              <w:t xml:space="preserve">If the provision would take place in a school or college, </w:t>
            </w:r>
            <w:r w:rsidR="35742F26" w:rsidRPr="00812A16">
              <w:rPr>
                <w:rFonts w:cs="Arial"/>
                <w:b/>
                <w:bCs/>
                <w:sz w:val="24"/>
                <w:szCs w:val="24"/>
              </w:rPr>
              <w:t>does</w:t>
            </w:r>
            <w:r w:rsidRPr="00812A16">
              <w:rPr>
                <w:rFonts w:cs="Arial"/>
                <w:b/>
                <w:bCs/>
                <w:sz w:val="24"/>
                <w:szCs w:val="24"/>
              </w:rPr>
              <w:t xml:space="preserve"> the setting </w:t>
            </w:r>
            <w:r w:rsidR="7E7C1A72" w:rsidRPr="00812A16">
              <w:rPr>
                <w:rFonts w:cs="Arial"/>
                <w:b/>
                <w:bCs/>
                <w:sz w:val="24"/>
                <w:szCs w:val="24"/>
              </w:rPr>
              <w:t>agree</w:t>
            </w:r>
            <w:r w:rsidRPr="00812A16">
              <w:rPr>
                <w:rFonts w:cs="Arial"/>
                <w:b/>
                <w:bCs/>
                <w:sz w:val="24"/>
                <w:szCs w:val="24"/>
              </w:rPr>
              <w:t xml:space="preserve"> to this arrangement?</w:t>
            </w:r>
          </w:p>
        </w:tc>
      </w:tr>
      <w:tr w:rsidR="00A763DD" w:rsidRPr="00812A16" w14:paraId="46E24B3C" w14:textId="77777777" w:rsidTr="33DEA6A8">
        <w:trPr>
          <w:jc w:val="center"/>
        </w:trPr>
        <w:tc>
          <w:tcPr>
            <w:tcW w:w="11016" w:type="dxa"/>
            <w:gridSpan w:val="2"/>
            <w:vAlign w:val="center"/>
          </w:tcPr>
          <w:p w14:paraId="1EB7B5F6" w14:textId="77777777" w:rsidR="00A763DD" w:rsidRPr="00812A16" w:rsidRDefault="00000000">
            <w:pPr>
              <w:rPr>
                <w:rFonts w:cs="Arial"/>
                <w:sz w:val="24"/>
                <w:szCs w:val="24"/>
              </w:rPr>
            </w:pPr>
            <w:r w:rsidRPr="00812A16">
              <w:rPr>
                <w:rFonts w:ascii="Segoe UI Symbol" w:hAnsi="Segoe UI Symbol" w:cs="Segoe UI Symbol"/>
                <w:sz w:val="24"/>
                <w:szCs w:val="24"/>
              </w:rPr>
              <w:t>☐</w:t>
            </w:r>
            <w:r w:rsidRPr="00812A16">
              <w:rPr>
                <w:rFonts w:cs="Arial"/>
                <w:sz w:val="24"/>
                <w:szCs w:val="24"/>
              </w:rPr>
              <w:t xml:space="preserve"> Yes   </w:t>
            </w:r>
            <w:r w:rsidRPr="00812A16">
              <w:rPr>
                <w:rFonts w:ascii="Segoe UI Symbol" w:hAnsi="Segoe UI Symbol" w:cs="Segoe UI Symbol"/>
                <w:sz w:val="24"/>
                <w:szCs w:val="24"/>
              </w:rPr>
              <w:t>☐</w:t>
            </w:r>
            <w:r w:rsidRPr="00812A16">
              <w:rPr>
                <w:rFonts w:cs="Arial"/>
                <w:sz w:val="24"/>
                <w:szCs w:val="24"/>
              </w:rPr>
              <w:t xml:space="preserve"> No   </w:t>
            </w:r>
            <w:r w:rsidRPr="00812A16">
              <w:rPr>
                <w:rFonts w:ascii="Segoe UI Symbol" w:hAnsi="Segoe UI Symbol" w:cs="Segoe UI Symbol"/>
                <w:sz w:val="24"/>
                <w:szCs w:val="24"/>
              </w:rPr>
              <w:t>☐</w:t>
            </w:r>
            <w:r w:rsidRPr="00812A16">
              <w:rPr>
                <w:rFonts w:cs="Arial"/>
                <w:sz w:val="24"/>
                <w:szCs w:val="24"/>
              </w:rPr>
              <w:t xml:space="preserve"> Not applicable   Details:</w:t>
            </w:r>
          </w:p>
        </w:tc>
      </w:tr>
    </w:tbl>
    <w:p w14:paraId="1358B9B5" w14:textId="77777777" w:rsidR="00844851" w:rsidRPr="00812A16" w:rsidRDefault="00844851">
      <w:pPr>
        <w:rPr>
          <w:rFonts w:cs="Arial"/>
          <w:sz w:val="24"/>
          <w:szCs w:val="24"/>
        </w:rPr>
      </w:pPr>
    </w:p>
    <w:p w14:paraId="2B0EEA06" w14:textId="77777777" w:rsidR="00CD7678" w:rsidRPr="00812A16" w:rsidRDefault="001C7FFB">
      <w:pPr>
        <w:pStyle w:val="Heading2"/>
        <w:rPr>
          <w:rFonts w:ascii="Arial" w:hAnsi="Arial" w:cs="Arial"/>
          <w:color w:val="000000" w:themeColor="text1"/>
          <w:sz w:val="24"/>
          <w:szCs w:val="24"/>
        </w:rPr>
      </w:pPr>
      <w:r w:rsidRPr="00812A16">
        <w:rPr>
          <w:rFonts w:ascii="Arial" w:hAnsi="Arial" w:cs="Arial"/>
          <w:color w:val="000000" w:themeColor="text1"/>
          <w:sz w:val="24"/>
          <w:szCs w:val="24"/>
        </w:rPr>
        <w:t>Section 4: Managing the Budget</w:t>
      </w:r>
    </w:p>
    <w:tbl>
      <w:tblPr>
        <w:tblStyle w:val="TableGrid"/>
        <w:tblW w:w="0" w:type="auto"/>
        <w:jc w:val="center"/>
        <w:tblLook w:val="04A0" w:firstRow="1" w:lastRow="0" w:firstColumn="1" w:lastColumn="0" w:noHBand="0" w:noVBand="1"/>
      </w:tblPr>
      <w:tblGrid>
        <w:gridCol w:w="3510"/>
        <w:gridCol w:w="7506"/>
      </w:tblGrid>
      <w:tr w:rsidR="00844851" w:rsidRPr="00812A16" w14:paraId="3CCAAAC5" w14:textId="77777777" w:rsidTr="00844851">
        <w:trPr>
          <w:jc w:val="center"/>
        </w:trPr>
        <w:tc>
          <w:tcPr>
            <w:tcW w:w="11016" w:type="dxa"/>
            <w:gridSpan w:val="2"/>
            <w:shd w:val="clear" w:color="auto" w:fill="DBE5F1" w:themeFill="accent1" w:themeFillTint="33"/>
            <w:vAlign w:val="center"/>
          </w:tcPr>
          <w:p w14:paraId="6D53A415" w14:textId="067F2782" w:rsidR="00844851" w:rsidRPr="00812A16" w:rsidRDefault="00844851" w:rsidP="00713701">
            <w:pPr>
              <w:jc w:val="center"/>
              <w:rPr>
                <w:rFonts w:cs="Arial"/>
                <w:b/>
                <w:bCs/>
                <w:sz w:val="24"/>
                <w:szCs w:val="24"/>
              </w:rPr>
            </w:pPr>
            <w:r w:rsidRPr="00812A16">
              <w:rPr>
                <w:rFonts w:cs="Arial"/>
                <w:b/>
                <w:bCs/>
                <w:sz w:val="24"/>
                <w:szCs w:val="24"/>
              </w:rPr>
              <w:t>How would you like the personal budget to be managed?</w:t>
            </w:r>
            <w:r w:rsidR="00B130CA" w:rsidRPr="00812A16">
              <w:rPr>
                <w:rFonts w:cs="Arial"/>
                <w:b/>
                <w:bCs/>
                <w:sz w:val="24"/>
                <w:szCs w:val="24"/>
              </w:rPr>
              <w:t xml:space="preserve"> </w:t>
            </w:r>
            <w:r w:rsidR="00B130CA" w:rsidRPr="00812A16">
              <w:rPr>
                <w:rFonts w:cs="Arial"/>
                <w:b/>
                <w:sz w:val="24"/>
                <w:szCs w:val="24"/>
              </w:rPr>
              <w:t>(</w:t>
            </w:r>
            <w:r w:rsidR="00B130CA" w:rsidRPr="00812A16">
              <w:rPr>
                <w:rFonts w:eastAsia="Wingdings" w:cs="Arial"/>
                <w:b/>
                <w:sz w:val="24"/>
                <w:szCs w:val="24"/>
              </w:rPr>
              <w:t>ü</w:t>
            </w:r>
            <w:r w:rsidR="00B130CA" w:rsidRPr="00812A16">
              <w:rPr>
                <w:rFonts w:cs="Arial"/>
                <w:b/>
                <w:sz w:val="24"/>
                <w:szCs w:val="24"/>
              </w:rPr>
              <w:t>)</w:t>
            </w:r>
          </w:p>
        </w:tc>
      </w:tr>
      <w:tr w:rsidR="00844851" w:rsidRPr="00812A16" w14:paraId="53821FC9" w14:textId="77777777" w:rsidTr="00844851">
        <w:trPr>
          <w:jc w:val="center"/>
        </w:trPr>
        <w:tc>
          <w:tcPr>
            <w:tcW w:w="3510" w:type="dxa"/>
            <w:shd w:val="clear" w:color="auto" w:fill="DBE5F1" w:themeFill="accent1" w:themeFillTint="33"/>
            <w:vAlign w:val="center"/>
          </w:tcPr>
          <w:p w14:paraId="46062C32" w14:textId="1BE6ADF4" w:rsidR="00844851" w:rsidRPr="00812A16" w:rsidRDefault="00844851" w:rsidP="00713701">
            <w:pPr>
              <w:rPr>
                <w:rFonts w:cs="Arial"/>
                <w:sz w:val="24"/>
                <w:szCs w:val="24"/>
              </w:rPr>
            </w:pPr>
            <w:r w:rsidRPr="00812A16">
              <w:rPr>
                <w:rFonts w:cs="Arial"/>
                <w:sz w:val="24"/>
                <w:szCs w:val="24"/>
              </w:rPr>
              <w:t>Direct payment to you (you’ll arrange and pay for services)</w:t>
            </w:r>
          </w:p>
        </w:tc>
        <w:sdt>
          <w:sdtPr>
            <w:rPr>
              <w:rFonts w:cs="Arial"/>
              <w:sz w:val="24"/>
              <w:szCs w:val="24"/>
            </w:rPr>
            <w:id w:val="7877339"/>
            <w14:checkbox>
              <w14:checked w14:val="0"/>
              <w14:checkedState w14:val="2612" w14:font="MS Gothic"/>
              <w14:uncheckedState w14:val="2610" w14:font="MS Gothic"/>
            </w14:checkbox>
          </w:sdtPr>
          <w:sdtContent>
            <w:tc>
              <w:tcPr>
                <w:tcW w:w="7506" w:type="dxa"/>
              </w:tcPr>
              <w:p w14:paraId="75DA51D4" w14:textId="2E7BF411" w:rsidR="00844851" w:rsidRPr="00812A16" w:rsidRDefault="00844851" w:rsidP="00713701">
                <w:pPr>
                  <w:rPr>
                    <w:rFonts w:cs="Arial"/>
                    <w:sz w:val="24"/>
                    <w:szCs w:val="24"/>
                  </w:rPr>
                </w:pPr>
                <w:r w:rsidRPr="00812A16">
                  <w:rPr>
                    <w:rFonts w:ascii="Segoe UI Symbol" w:eastAsia="MS Gothic" w:hAnsi="Segoe UI Symbol" w:cs="Segoe UI Symbol"/>
                    <w:sz w:val="24"/>
                    <w:szCs w:val="24"/>
                  </w:rPr>
                  <w:t>☐</w:t>
                </w:r>
              </w:p>
            </w:tc>
          </w:sdtContent>
        </w:sdt>
      </w:tr>
      <w:tr w:rsidR="00844851" w:rsidRPr="00812A16" w14:paraId="4906AC56" w14:textId="77777777" w:rsidTr="00844851">
        <w:trPr>
          <w:jc w:val="center"/>
        </w:trPr>
        <w:tc>
          <w:tcPr>
            <w:tcW w:w="3510" w:type="dxa"/>
            <w:shd w:val="clear" w:color="auto" w:fill="DBE5F1" w:themeFill="accent1" w:themeFillTint="33"/>
            <w:vAlign w:val="center"/>
          </w:tcPr>
          <w:p w14:paraId="5E028A0D" w14:textId="596ECDE8" w:rsidR="00844851" w:rsidRPr="00812A16" w:rsidRDefault="00844851" w:rsidP="00713701">
            <w:pPr>
              <w:rPr>
                <w:rFonts w:cs="Arial"/>
                <w:sz w:val="24"/>
                <w:szCs w:val="24"/>
              </w:rPr>
            </w:pPr>
            <w:r w:rsidRPr="00812A16">
              <w:rPr>
                <w:rFonts w:cs="Arial"/>
                <w:sz w:val="24"/>
                <w:szCs w:val="24"/>
              </w:rPr>
              <w:t>Through a third-party organisation</w:t>
            </w:r>
          </w:p>
        </w:tc>
        <w:sdt>
          <w:sdtPr>
            <w:rPr>
              <w:rFonts w:cs="Arial"/>
              <w:sz w:val="24"/>
              <w:szCs w:val="24"/>
            </w:rPr>
            <w:id w:val="729429532"/>
            <w14:checkbox>
              <w14:checked w14:val="0"/>
              <w14:checkedState w14:val="2612" w14:font="MS Gothic"/>
              <w14:uncheckedState w14:val="2610" w14:font="MS Gothic"/>
            </w14:checkbox>
          </w:sdtPr>
          <w:sdtContent>
            <w:tc>
              <w:tcPr>
                <w:tcW w:w="7506" w:type="dxa"/>
              </w:tcPr>
              <w:p w14:paraId="2276F7A1" w14:textId="0AA7A126" w:rsidR="00844851" w:rsidRPr="00812A16" w:rsidRDefault="00844851" w:rsidP="00713701">
                <w:pPr>
                  <w:rPr>
                    <w:rFonts w:cs="Arial"/>
                    <w:sz w:val="24"/>
                    <w:szCs w:val="24"/>
                  </w:rPr>
                </w:pPr>
                <w:r w:rsidRPr="00812A16">
                  <w:rPr>
                    <w:rFonts w:ascii="Segoe UI Symbol" w:eastAsia="MS Gothic" w:hAnsi="Segoe UI Symbol" w:cs="Segoe UI Symbol"/>
                    <w:sz w:val="24"/>
                    <w:szCs w:val="24"/>
                  </w:rPr>
                  <w:t>☐</w:t>
                </w:r>
              </w:p>
            </w:tc>
          </w:sdtContent>
        </w:sdt>
      </w:tr>
      <w:tr w:rsidR="00844851" w:rsidRPr="00812A16" w14:paraId="4EE9F683" w14:textId="77777777" w:rsidTr="00844851">
        <w:trPr>
          <w:jc w:val="center"/>
        </w:trPr>
        <w:tc>
          <w:tcPr>
            <w:tcW w:w="3510" w:type="dxa"/>
            <w:shd w:val="clear" w:color="auto" w:fill="DBE5F1" w:themeFill="accent1" w:themeFillTint="33"/>
            <w:vAlign w:val="center"/>
          </w:tcPr>
          <w:p w14:paraId="33B8EAEA" w14:textId="261EE66C" w:rsidR="00844851" w:rsidRPr="00812A16" w:rsidRDefault="00844851" w:rsidP="00713701">
            <w:pPr>
              <w:rPr>
                <w:rFonts w:cs="Arial"/>
                <w:sz w:val="24"/>
                <w:szCs w:val="24"/>
              </w:rPr>
            </w:pPr>
            <w:r w:rsidRPr="00812A16">
              <w:rPr>
                <w:rFonts w:cs="Arial"/>
                <w:sz w:val="24"/>
                <w:szCs w:val="24"/>
              </w:rPr>
              <w:t>A combination of the above</w:t>
            </w:r>
          </w:p>
        </w:tc>
        <w:sdt>
          <w:sdtPr>
            <w:rPr>
              <w:rFonts w:cs="Arial"/>
              <w:sz w:val="24"/>
              <w:szCs w:val="24"/>
            </w:rPr>
            <w:id w:val="1954974383"/>
            <w14:checkbox>
              <w14:checked w14:val="0"/>
              <w14:checkedState w14:val="2612" w14:font="MS Gothic"/>
              <w14:uncheckedState w14:val="2610" w14:font="MS Gothic"/>
            </w14:checkbox>
          </w:sdtPr>
          <w:sdtContent>
            <w:tc>
              <w:tcPr>
                <w:tcW w:w="7506" w:type="dxa"/>
              </w:tcPr>
              <w:p w14:paraId="5818EA86" w14:textId="61BCB9B3" w:rsidR="00844851" w:rsidRPr="00812A16" w:rsidRDefault="00844851" w:rsidP="00713701">
                <w:pPr>
                  <w:rPr>
                    <w:rFonts w:cs="Arial"/>
                    <w:sz w:val="24"/>
                    <w:szCs w:val="24"/>
                  </w:rPr>
                </w:pPr>
                <w:r w:rsidRPr="00812A16">
                  <w:rPr>
                    <w:rFonts w:ascii="Segoe UI Symbol" w:eastAsia="MS Gothic" w:hAnsi="Segoe UI Symbol" w:cs="Segoe UI Symbol"/>
                    <w:sz w:val="24"/>
                    <w:szCs w:val="24"/>
                  </w:rPr>
                  <w:t>☐</w:t>
                </w:r>
              </w:p>
            </w:tc>
          </w:sdtContent>
        </w:sdt>
      </w:tr>
      <w:tr w:rsidR="00A763DD" w:rsidRPr="00812A16" w14:paraId="3629187F" w14:textId="77777777">
        <w:trPr>
          <w:jc w:val="center"/>
        </w:trPr>
        <w:tc>
          <w:tcPr>
            <w:tcW w:w="11016" w:type="dxa"/>
            <w:gridSpan w:val="2"/>
            <w:shd w:val="clear" w:color="auto" w:fill="F2F2F2"/>
            <w:vAlign w:val="center"/>
          </w:tcPr>
          <w:p w14:paraId="0B8250FC" w14:textId="77777777" w:rsidR="00A763DD" w:rsidRPr="00812A16" w:rsidRDefault="00000000">
            <w:pPr>
              <w:rPr>
                <w:rFonts w:cs="Arial"/>
                <w:sz w:val="24"/>
                <w:szCs w:val="24"/>
              </w:rPr>
            </w:pPr>
            <w:r w:rsidRPr="00812A16">
              <w:rPr>
                <w:rFonts w:cs="Arial"/>
                <w:sz w:val="24"/>
                <w:szCs w:val="24"/>
              </w:rPr>
              <w:t>If a Direct Payment is agreed, I understand I will need to sign a Direct Payment Agreement, use a separate bank account, keep appropriate records/receipts and comply with audit and monitoring arrangements.</w:t>
            </w:r>
          </w:p>
        </w:tc>
      </w:tr>
    </w:tbl>
    <w:p w14:paraId="5AE9C4F6" w14:textId="66F747E4" w:rsidR="00345D59" w:rsidRPr="00812A16" w:rsidRDefault="00345D59" w:rsidP="00844851">
      <w:pPr>
        <w:rPr>
          <w:rFonts w:cs="Arial"/>
          <w:sz w:val="24"/>
          <w:szCs w:val="24"/>
        </w:rPr>
      </w:pPr>
    </w:p>
    <w:p w14:paraId="5E214CB9" w14:textId="77777777" w:rsidR="00CD7678" w:rsidRPr="00812A16" w:rsidRDefault="001C7FFB">
      <w:pPr>
        <w:pStyle w:val="Heading2"/>
        <w:rPr>
          <w:rFonts w:ascii="Arial" w:hAnsi="Arial" w:cs="Arial"/>
          <w:color w:val="000000" w:themeColor="text1"/>
          <w:sz w:val="24"/>
          <w:szCs w:val="24"/>
        </w:rPr>
      </w:pPr>
      <w:r w:rsidRPr="00812A16">
        <w:rPr>
          <w:rFonts w:ascii="Arial" w:hAnsi="Arial" w:cs="Arial"/>
          <w:color w:val="000000" w:themeColor="text1"/>
          <w:sz w:val="24"/>
          <w:szCs w:val="24"/>
        </w:rPr>
        <w:t>Section 5: Agreement and Declaration</w:t>
      </w:r>
    </w:p>
    <w:p w14:paraId="3E8945F9" w14:textId="2A242924" w:rsidR="00CD7678" w:rsidRPr="00812A16" w:rsidRDefault="001C7FFB">
      <w:pPr>
        <w:rPr>
          <w:rFonts w:cs="Arial"/>
          <w:sz w:val="24"/>
          <w:szCs w:val="24"/>
        </w:rPr>
      </w:pPr>
      <w:r w:rsidRPr="00812A16">
        <w:rPr>
          <w:rFonts w:cs="Arial"/>
          <w:sz w:val="24"/>
          <w:szCs w:val="24"/>
        </w:rPr>
        <w:t xml:space="preserve">I confirm that I am the parent or carer of the </w:t>
      </w:r>
      <w:r w:rsidR="00B16D3E" w:rsidRPr="00812A16">
        <w:rPr>
          <w:rFonts w:cs="Arial"/>
          <w:sz w:val="24"/>
          <w:szCs w:val="24"/>
        </w:rPr>
        <w:t>young person</w:t>
      </w:r>
      <w:r w:rsidRPr="00812A16">
        <w:rPr>
          <w:rFonts w:cs="Arial"/>
          <w:sz w:val="24"/>
          <w:szCs w:val="24"/>
        </w:rPr>
        <w:t xml:space="preserve"> named in this form.</w:t>
      </w:r>
      <w:r w:rsidRPr="00812A16">
        <w:rPr>
          <w:rFonts w:cs="Arial"/>
          <w:sz w:val="24"/>
          <w:szCs w:val="24"/>
        </w:rPr>
        <w:br/>
        <w:t>I understand that this request does not guarantee approval but will be considered as part of the EHCP process.</w:t>
      </w:r>
    </w:p>
    <w:p w14:paraId="74A0E92C" w14:textId="77777777" w:rsidR="00A763DD" w:rsidRPr="00812A16" w:rsidRDefault="33DEA6A8" w:rsidP="33DEA6A8">
      <w:pPr>
        <w:rPr>
          <w:rFonts w:cs="Arial"/>
          <w:sz w:val="24"/>
          <w:szCs w:val="24"/>
        </w:rPr>
      </w:pPr>
      <w:r w:rsidRPr="00812A16">
        <w:rPr>
          <w:rFonts w:cs="Arial"/>
          <w:sz w:val="24"/>
          <w:szCs w:val="24"/>
        </w:rPr>
        <w:t>I understand that the Local Authority must consider whether the requested arrangement is an appropriate way to secure the provision specified in the EHC Plan, whether the proposed cost is reasonable, and whether any Direct Payment can be managed safely and lawfully.</w:t>
      </w:r>
    </w:p>
    <w:p w14:paraId="680C3276" w14:textId="77777777" w:rsidR="00A763DD" w:rsidRPr="00812A16" w:rsidRDefault="33DEA6A8" w:rsidP="33DEA6A8">
      <w:pPr>
        <w:rPr>
          <w:rFonts w:cs="Arial"/>
          <w:sz w:val="24"/>
          <w:szCs w:val="24"/>
        </w:rPr>
      </w:pPr>
      <w:r w:rsidRPr="00812A16">
        <w:rPr>
          <w:rFonts w:cs="Arial"/>
          <w:sz w:val="24"/>
          <w:szCs w:val="24"/>
        </w:rPr>
        <w:lastRenderedPageBreak/>
        <w:t>I agree that the Local Authority may contact relevant providers, schools/settings and professionals for information needed to consider this request.</w:t>
      </w:r>
    </w:p>
    <w:p w14:paraId="10FED2D5" w14:textId="77777777" w:rsidR="00A763DD" w:rsidRPr="00812A16" w:rsidRDefault="00000000">
      <w:pPr>
        <w:rPr>
          <w:rFonts w:cs="Arial"/>
          <w:sz w:val="24"/>
          <w:szCs w:val="24"/>
        </w:rPr>
      </w:pPr>
      <w:r w:rsidRPr="00812A16">
        <w:rPr>
          <w:rFonts w:cs="Arial"/>
          <w:sz w:val="24"/>
          <w:szCs w:val="24"/>
        </w:rPr>
        <w:t>I understand that if the request is refused or only partly agreed, the Local Authority will provide written reasons and information about how to request a review of the decision.</w:t>
      </w:r>
    </w:p>
    <w:tbl>
      <w:tblPr>
        <w:tblStyle w:val="TableGrid"/>
        <w:tblW w:w="0" w:type="auto"/>
        <w:jc w:val="center"/>
        <w:tblLook w:val="04A0" w:firstRow="1" w:lastRow="0" w:firstColumn="1" w:lastColumn="0" w:noHBand="0" w:noVBand="1"/>
      </w:tblPr>
      <w:tblGrid>
        <w:gridCol w:w="2518"/>
        <w:gridCol w:w="8498"/>
      </w:tblGrid>
      <w:tr w:rsidR="00844851" w:rsidRPr="00812A16" w14:paraId="0D602473" w14:textId="77777777" w:rsidTr="00844851">
        <w:trPr>
          <w:jc w:val="center"/>
        </w:trPr>
        <w:tc>
          <w:tcPr>
            <w:tcW w:w="2518" w:type="dxa"/>
            <w:shd w:val="clear" w:color="auto" w:fill="DBE5F1" w:themeFill="accent1" w:themeFillTint="33"/>
            <w:vAlign w:val="center"/>
          </w:tcPr>
          <w:p w14:paraId="31E3F951" w14:textId="77777777" w:rsidR="00844851" w:rsidRPr="00812A16" w:rsidRDefault="00844851" w:rsidP="00713701">
            <w:pPr>
              <w:rPr>
                <w:rFonts w:cs="Arial"/>
                <w:sz w:val="24"/>
                <w:szCs w:val="24"/>
              </w:rPr>
            </w:pPr>
            <w:r w:rsidRPr="00812A16">
              <w:rPr>
                <w:rFonts w:cs="Arial"/>
                <w:sz w:val="24"/>
                <w:szCs w:val="24"/>
              </w:rPr>
              <w:t>Signature</w:t>
            </w:r>
          </w:p>
          <w:p w14:paraId="545E4180" w14:textId="2A11B0DE" w:rsidR="00844851" w:rsidRPr="00812A16" w:rsidRDefault="00844851" w:rsidP="00713701">
            <w:pPr>
              <w:rPr>
                <w:rFonts w:cs="Arial"/>
                <w:sz w:val="24"/>
                <w:szCs w:val="24"/>
              </w:rPr>
            </w:pPr>
          </w:p>
        </w:tc>
        <w:tc>
          <w:tcPr>
            <w:tcW w:w="8498" w:type="dxa"/>
            <w:vAlign w:val="center"/>
          </w:tcPr>
          <w:p w14:paraId="3F03BC6B" w14:textId="77777777" w:rsidR="00844851" w:rsidRPr="00812A16" w:rsidRDefault="00844851" w:rsidP="00713701">
            <w:pPr>
              <w:rPr>
                <w:rFonts w:cs="Arial"/>
                <w:sz w:val="24"/>
                <w:szCs w:val="24"/>
              </w:rPr>
            </w:pPr>
          </w:p>
        </w:tc>
      </w:tr>
      <w:tr w:rsidR="00844851" w:rsidRPr="00812A16" w14:paraId="01B76961" w14:textId="77777777" w:rsidTr="00844851">
        <w:trPr>
          <w:jc w:val="center"/>
        </w:trPr>
        <w:tc>
          <w:tcPr>
            <w:tcW w:w="2518" w:type="dxa"/>
            <w:shd w:val="clear" w:color="auto" w:fill="DBE5F1" w:themeFill="accent1" w:themeFillTint="33"/>
            <w:vAlign w:val="center"/>
          </w:tcPr>
          <w:p w14:paraId="67B54418" w14:textId="77777777" w:rsidR="00844851" w:rsidRPr="00812A16" w:rsidRDefault="00844851" w:rsidP="00713701">
            <w:pPr>
              <w:rPr>
                <w:rFonts w:cs="Arial"/>
                <w:sz w:val="24"/>
                <w:szCs w:val="24"/>
              </w:rPr>
            </w:pPr>
            <w:r w:rsidRPr="00812A16">
              <w:rPr>
                <w:rFonts w:cs="Arial"/>
                <w:sz w:val="24"/>
                <w:szCs w:val="24"/>
              </w:rPr>
              <w:t>Date</w:t>
            </w:r>
          </w:p>
          <w:p w14:paraId="3C62FF82" w14:textId="36EB7CB8" w:rsidR="00844851" w:rsidRPr="00812A16" w:rsidRDefault="00844851" w:rsidP="00713701">
            <w:pPr>
              <w:rPr>
                <w:rFonts w:cs="Arial"/>
                <w:sz w:val="24"/>
                <w:szCs w:val="24"/>
              </w:rPr>
            </w:pPr>
          </w:p>
        </w:tc>
        <w:tc>
          <w:tcPr>
            <w:tcW w:w="8498" w:type="dxa"/>
            <w:vAlign w:val="center"/>
          </w:tcPr>
          <w:p w14:paraId="3CF0ECC0" w14:textId="77777777" w:rsidR="00844851" w:rsidRPr="00812A16" w:rsidRDefault="00844851" w:rsidP="00713701">
            <w:pPr>
              <w:rPr>
                <w:rFonts w:cs="Arial"/>
                <w:sz w:val="24"/>
                <w:szCs w:val="24"/>
              </w:rPr>
            </w:pPr>
          </w:p>
        </w:tc>
      </w:tr>
    </w:tbl>
    <w:p w14:paraId="794C6447" w14:textId="77777777" w:rsidR="00844851" w:rsidRPr="00812A16" w:rsidRDefault="00844851">
      <w:pPr>
        <w:pStyle w:val="Heading2"/>
        <w:rPr>
          <w:rFonts w:ascii="Arial" w:hAnsi="Arial" w:cs="Arial"/>
          <w:sz w:val="24"/>
          <w:szCs w:val="24"/>
        </w:rPr>
      </w:pPr>
    </w:p>
    <w:p w14:paraId="7537CFCA" w14:textId="16067626" w:rsidR="00844851" w:rsidRPr="00812A16" w:rsidRDefault="001C7FFB">
      <w:pPr>
        <w:pStyle w:val="Heading2"/>
        <w:rPr>
          <w:rFonts w:ascii="Arial" w:hAnsi="Arial" w:cs="Arial"/>
          <w:sz w:val="24"/>
          <w:szCs w:val="24"/>
        </w:rPr>
      </w:pPr>
      <w:r w:rsidRPr="00812A16">
        <w:rPr>
          <w:rFonts w:ascii="Arial" w:hAnsi="Arial" w:cs="Arial"/>
          <w:color w:val="000000" w:themeColor="text1"/>
          <w:sz w:val="24"/>
          <w:szCs w:val="24"/>
        </w:rPr>
        <w:t>What happens next, timescales and review rights</w:t>
      </w:r>
    </w:p>
    <w:p w14:paraId="160FC104" w14:textId="77777777" w:rsidR="00A763DD" w:rsidRPr="00812A16" w:rsidRDefault="33DEA6A8" w:rsidP="33DEA6A8">
      <w:pPr>
        <w:pStyle w:val="ListBullet"/>
        <w:rPr>
          <w:rFonts w:cs="Arial"/>
          <w:sz w:val="24"/>
          <w:szCs w:val="24"/>
        </w:rPr>
      </w:pPr>
      <w:r w:rsidRPr="00812A16">
        <w:rPr>
          <w:rFonts w:cs="Arial"/>
          <w:sz w:val="24"/>
          <w:szCs w:val="24"/>
        </w:rPr>
        <w:t>We will acknowledge your request within 5 working days.</w:t>
      </w:r>
    </w:p>
    <w:p w14:paraId="75C10162" w14:textId="4130EA1A" w:rsidR="00A763DD" w:rsidRPr="00812A16" w:rsidRDefault="33DEA6A8" w:rsidP="33DEA6A8">
      <w:pPr>
        <w:pStyle w:val="ListBullet"/>
        <w:rPr>
          <w:rFonts w:cs="Arial"/>
          <w:sz w:val="24"/>
          <w:szCs w:val="24"/>
        </w:rPr>
      </w:pPr>
      <w:r w:rsidRPr="00812A16">
        <w:rPr>
          <w:rFonts w:cs="Arial"/>
          <w:sz w:val="24"/>
          <w:szCs w:val="24"/>
        </w:rPr>
        <w:t xml:space="preserve">We will check whether any further information is needed and will give you a reasonable opportunity to provide it. Families will normally be given at least 15 working days to submit or complete the request unless a different </w:t>
      </w:r>
      <w:r w:rsidR="00812A16" w:rsidRPr="00812A16">
        <w:rPr>
          <w:rFonts w:cs="Arial"/>
          <w:sz w:val="24"/>
          <w:szCs w:val="24"/>
        </w:rPr>
        <w:t>time scale</w:t>
      </w:r>
      <w:r w:rsidRPr="00812A16">
        <w:rPr>
          <w:rFonts w:cs="Arial"/>
          <w:sz w:val="24"/>
          <w:szCs w:val="24"/>
        </w:rPr>
        <w:t xml:space="preserve"> is agreed.</w:t>
      </w:r>
    </w:p>
    <w:p w14:paraId="78C79DB1" w14:textId="77777777" w:rsidR="00A763DD" w:rsidRPr="00812A16" w:rsidRDefault="33DEA6A8" w:rsidP="33DEA6A8">
      <w:pPr>
        <w:pStyle w:val="ListBullet"/>
        <w:rPr>
          <w:rFonts w:cs="Arial"/>
          <w:sz w:val="24"/>
          <w:szCs w:val="24"/>
        </w:rPr>
      </w:pPr>
      <w:r w:rsidRPr="00812A16">
        <w:rPr>
          <w:rFonts w:cs="Arial"/>
          <w:sz w:val="24"/>
          <w:szCs w:val="24"/>
        </w:rPr>
        <w:t>Your request will be considered alongside the current or proposed EHC Plan, evidence from the EHC process or annual review, professional advice, provider information and the Local Authority’s statutory duties.</w:t>
      </w:r>
    </w:p>
    <w:p w14:paraId="6D108230" w14:textId="77777777" w:rsidR="00A763DD" w:rsidRPr="00812A16" w:rsidRDefault="33DEA6A8" w:rsidP="33DEA6A8">
      <w:pPr>
        <w:pStyle w:val="ListBullet"/>
        <w:rPr>
          <w:rFonts w:cs="Arial"/>
          <w:sz w:val="24"/>
          <w:szCs w:val="24"/>
        </w:rPr>
      </w:pPr>
      <w:r w:rsidRPr="00812A16">
        <w:rPr>
          <w:rFonts w:cs="Arial"/>
          <w:sz w:val="24"/>
          <w:szCs w:val="24"/>
        </w:rPr>
        <w:t>Where the request forms part of an annual review or amendment process, the outcome will be aligned with the EHC Plan decision-making process wherever possible.</w:t>
      </w:r>
    </w:p>
    <w:p w14:paraId="0CC30913" w14:textId="77777777" w:rsidR="00A763DD" w:rsidRPr="00812A16" w:rsidRDefault="33DEA6A8" w:rsidP="33DEA6A8">
      <w:pPr>
        <w:pStyle w:val="ListBullet"/>
        <w:rPr>
          <w:rFonts w:cs="Arial"/>
          <w:sz w:val="24"/>
          <w:szCs w:val="24"/>
        </w:rPr>
      </w:pPr>
      <w:r w:rsidRPr="00812A16">
        <w:rPr>
          <w:rFonts w:cs="Arial"/>
          <w:sz w:val="24"/>
          <w:szCs w:val="24"/>
        </w:rPr>
        <w:t>If the request is approved, the Local Authority’s Direct Payments Officer will contact you about the Direct Payment Agreement, payment arrangements, monitoring and audit requirements.</w:t>
      </w:r>
    </w:p>
    <w:p w14:paraId="3920105D" w14:textId="77777777" w:rsidR="00A763DD" w:rsidRPr="00812A16" w:rsidRDefault="33DEA6A8" w:rsidP="33DEA6A8">
      <w:pPr>
        <w:pStyle w:val="ListBullet"/>
        <w:rPr>
          <w:rFonts w:cs="Arial"/>
          <w:sz w:val="24"/>
          <w:szCs w:val="24"/>
        </w:rPr>
      </w:pPr>
      <w:r w:rsidRPr="00812A16">
        <w:rPr>
          <w:rFonts w:cs="Arial"/>
          <w:sz w:val="24"/>
          <w:szCs w:val="24"/>
        </w:rPr>
        <w:t>If the request is refused or only partly approved, we will write to you with clear reasons and explain how you can request a formal review of the decision.</w:t>
      </w:r>
    </w:p>
    <w:p w14:paraId="6346DAE3" w14:textId="77777777" w:rsidR="00A763DD" w:rsidRPr="00812A16" w:rsidRDefault="33DEA6A8" w:rsidP="33DEA6A8">
      <w:pPr>
        <w:pStyle w:val="ListBullet"/>
        <w:rPr>
          <w:rFonts w:cs="Arial"/>
          <w:sz w:val="24"/>
          <w:szCs w:val="24"/>
        </w:rPr>
      </w:pPr>
      <w:r w:rsidRPr="00812A16">
        <w:rPr>
          <w:rFonts w:cs="Arial"/>
          <w:sz w:val="24"/>
          <w:szCs w:val="24"/>
        </w:rPr>
        <w:t>Personal Budget and Direct Payment decisions do not generally carry a standalone right of appeal to the SEND Tribunal. However, if your disagreement is about the contents of the EHC Plan, including needs, special educational provision or placement, separate appeal rights may arise when an appealable EHC Plan decision is issued.</w:t>
      </w:r>
    </w:p>
    <w:p w14:paraId="4D499D43" w14:textId="77777777" w:rsidR="00A763DD" w:rsidRPr="00812A16" w:rsidRDefault="33DEA6A8" w:rsidP="33DEA6A8">
      <w:pPr>
        <w:pStyle w:val="ListBullet"/>
        <w:rPr>
          <w:rFonts w:cs="Arial"/>
          <w:sz w:val="24"/>
          <w:szCs w:val="24"/>
        </w:rPr>
      </w:pPr>
      <w:r w:rsidRPr="00812A16">
        <w:rPr>
          <w:rFonts w:cs="Arial"/>
          <w:sz w:val="24"/>
          <w:szCs w:val="24"/>
        </w:rPr>
        <w:t>You can contact SENDIASS Torbay for independent information, advice and support.</w:t>
      </w:r>
    </w:p>
    <w:p w14:paraId="0ABDFB24" w14:textId="7E8ED6C6" w:rsidR="00345D59" w:rsidRPr="00812A16" w:rsidRDefault="00345D59" w:rsidP="33DEA6A8">
      <w:pPr>
        <w:pStyle w:val="ListParagraph"/>
        <w:rPr>
          <w:rFonts w:cs="Arial"/>
          <w:sz w:val="24"/>
          <w:szCs w:val="24"/>
        </w:rPr>
      </w:pPr>
    </w:p>
    <w:p w14:paraId="3E7FA500" w14:textId="77777777" w:rsidR="0055320C" w:rsidRPr="00812A16" w:rsidRDefault="0055320C" w:rsidP="0055320C">
      <w:pPr>
        <w:pStyle w:val="ListParagraph"/>
        <w:rPr>
          <w:rFonts w:cs="Arial"/>
          <w:sz w:val="24"/>
          <w:szCs w:val="24"/>
        </w:rPr>
      </w:pPr>
    </w:p>
    <w:p w14:paraId="565B117D" w14:textId="7951498D" w:rsidR="0055320C" w:rsidRPr="00812A16" w:rsidRDefault="0055320C" w:rsidP="0055320C">
      <w:pPr>
        <w:rPr>
          <w:rFonts w:cs="Arial"/>
          <w:color w:val="000000" w:themeColor="text1"/>
          <w:sz w:val="24"/>
          <w:szCs w:val="24"/>
        </w:rPr>
      </w:pPr>
      <w:r w:rsidRPr="00812A16">
        <w:rPr>
          <w:rFonts w:eastAsiaTheme="majorEastAsia" w:cs="Arial"/>
          <w:b/>
          <w:bCs/>
          <w:color w:val="000000" w:themeColor="text1"/>
          <w:sz w:val="24"/>
          <w:szCs w:val="24"/>
        </w:rPr>
        <w:t>Further information/support</w:t>
      </w:r>
      <w:r w:rsidRPr="00812A16">
        <w:rPr>
          <w:rFonts w:cs="Arial"/>
          <w:color w:val="000000" w:themeColor="text1"/>
          <w:sz w:val="24"/>
          <w:szCs w:val="24"/>
        </w:rPr>
        <w:t xml:space="preserve"> </w:t>
      </w:r>
    </w:p>
    <w:p w14:paraId="24198830" w14:textId="6285D7E5" w:rsidR="0055320C" w:rsidRPr="00812A16" w:rsidRDefault="0055320C">
      <w:pPr>
        <w:rPr>
          <w:rFonts w:cs="Arial"/>
          <w:sz w:val="24"/>
          <w:szCs w:val="24"/>
        </w:rPr>
      </w:pPr>
      <w:r w:rsidRPr="00812A16">
        <w:rPr>
          <w:rFonts w:cs="Arial"/>
          <w:sz w:val="24"/>
          <w:szCs w:val="24"/>
        </w:rPr>
        <w:t xml:space="preserve">SEND Team | </w:t>
      </w:r>
      <w:hyperlink r:id="rId16" w:history="1">
        <w:r w:rsidRPr="00812A16">
          <w:rPr>
            <w:rStyle w:val="Hyperlink"/>
            <w:rFonts w:cs="Arial"/>
            <w:sz w:val="24"/>
            <w:szCs w:val="24"/>
          </w:rPr>
          <w:t>ehcp@torbay.gov.uk</w:t>
        </w:r>
      </w:hyperlink>
      <w:r w:rsidRPr="00812A16">
        <w:rPr>
          <w:rFonts w:cs="Arial"/>
          <w:sz w:val="24"/>
          <w:szCs w:val="24"/>
        </w:rPr>
        <w:t xml:space="preserve">  |  Tel. 01803 208274 </w:t>
      </w:r>
    </w:p>
    <w:p w14:paraId="3DEEC669" w14:textId="0C91B560" w:rsidR="00A763DD" w:rsidRPr="00812A16" w:rsidRDefault="0055320C" w:rsidP="33DEA6A8">
      <w:pPr>
        <w:rPr>
          <w:rFonts w:cs="Arial"/>
          <w:sz w:val="24"/>
          <w:szCs w:val="24"/>
        </w:rPr>
      </w:pPr>
      <w:proofErr w:type="spellStart"/>
      <w:r w:rsidRPr="00812A16">
        <w:rPr>
          <w:rFonts w:cs="Arial"/>
          <w:sz w:val="24"/>
          <w:szCs w:val="24"/>
        </w:rPr>
        <w:t>Sendiass</w:t>
      </w:r>
      <w:proofErr w:type="spellEnd"/>
      <w:r w:rsidRPr="00812A16">
        <w:rPr>
          <w:rFonts w:cs="Arial"/>
          <w:sz w:val="24"/>
          <w:szCs w:val="24"/>
        </w:rPr>
        <w:t xml:space="preserve"> Torbay | </w:t>
      </w:r>
      <w:hyperlink r:id="rId17">
        <w:r w:rsidRPr="00812A16">
          <w:rPr>
            <w:rStyle w:val="Hyperlink"/>
            <w:rFonts w:cs="Arial"/>
            <w:sz w:val="24"/>
            <w:szCs w:val="24"/>
          </w:rPr>
          <w:t>sendiass@torbay.gov.uk</w:t>
        </w:r>
      </w:hyperlink>
      <w:r w:rsidRPr="00812A16">
        <w:rPr>
          <w:rFonts w:cs="Arial"/>
          <w:sz w:val="24"/>
          <w:szCs w:val="24"/>
        </w:rPr>
        <w:t xml:space="preserve"> |  Tel. 01803 207884</w:t>
      </w:r>
    </w:p>
    <w:p w14:paraId="4101652C" w14:textId="7CF7D3AD" w:rsidR="00A763DD" w:rsidRPr="00812A16" w:rsidRDefault="00A763DD" w:rsidP="33DEA6A8">
      <w:pPr>
        <w:rPr>
          <w:rFonts w:cs="Arial"/>
          <w:sz w:val="24"/>
          <w:szCs w:val="24"/>
        </w:rPr>
      </w:pPr>
    </w:p>
    <w:p w14:paraId="4B99056E" w14:textId="77777777" w:rsidR="00A763DD" w:rsidRPr="00812A16" w:rsidRDefault="00A763DD">
      <w:pPr>
        <w:rPr>
          <w:rFonts w:cs="Arial"/>
          <w:sz w:val="24"/>
          <w:szCs w:val="24"/>
        </w:rPr>
      </w:pPr>
    </w:p>
    <w:p w14:paraId="1299C43A" w14:textId="77777777" w:rsidR="00A763DD" w:rsidRPr="00812A16" w:rsidRDefault="00000000">
      <w:pPr>
        <w:rPr>
          <w:rFonts w:cs="Arial"/>
          <w:sz w:val="24"/>
          <w:szCs w:val="24"/>
        </w:rPr>
      </w:pPr>
      <w:r w:rsidRPr="00812A16">
        <w:rPr>
          <w:rFonts w:cs="Arial"/>
          <w:sz w:val="24"/>
          <w:szCs w:val="24"/>
        </w:rPr>
        <w:br w:type="page"/>
      </w:r>
    </w:p>
    <w:p w14:paraId="40A2830C" w14:textId="4CE7D3C1" w:rsidR="00A763DD" w:rsidRPr="00812A16" w:rsidRDefault="33DEA6A8" w:rsidP="33DEA6A8">
      <w:pPr>
        <w:pStyle w:val="Heading1"/>
        <w:rPr>
          <w:rFonts w:ascii="Arial" w:eastAsia="Arial" w:hAnsi="Arial" w:cs="Arial"/>
          <w:color w:val="000000" w:themeColor="text1"/>
          <w:sz w:val="24"/>
          <w:szCs w:val="24"/>
        </w:rPr>
      </w:pPr>
      <w:r w:rsidRPr="00812A16">
        <w:rPr>
          <w:rFonts w:ascii="Arial" w:eastAsia="Arial" w:hAnsi="Arial" w:cs="Arial"/>
          <w:color w:val="000000" w:themeColor="text1"/>
          <w:sz w:val="24"/>
          <w:szCs w:val="24"/>
        </w:rPr>
        <w:lastRenderedPageBreak/>
        <w:t>For Local Authority use only: decision record compliance audit trail</w:t>
      </w:r>
    </w:p>
    <w:p w14:paraId="3E3E2A8B" w14:textId="77777777" w:rsidR="00A763DD" w:rsidRPr="00812A16" w:rsidRDefault="33DEA6A8" w:rsidP="33DEA6A8">
      <w:pPr>
        <w:rPr>
          <w:rFonts w:cs="Arial"/>
          <w:i/>
          <w:iCs/>
          <w:sz w:val="24"/>
          <w:szCs w:val="24"/>
        </w:rPr>
      </w:pPr>
      <w:r w:rsidRPr="00812A16">
        <w:rPr>
          <w:rFonts w:cs="Arial"/>
          <w:i/>
          <w:iCs/>
          <w:sz w:val="24"/>
          <w:szCs w:val="24"/>
        </w:rPr>
        <w:t>This section should be completed by the SEND Officer or decision-maker. It is not required from the parent/carer, but should be retained on the child or young person’s file.</w:t>
      </w:r>
    </w:p>
    <w:tbl>
      <w:tblPr>
        <w:tblStyle w:val="TableGrid"/>
        <w:tblW w:w="0" w:type="auto"/>
        <w:jc w:val="center"/>
        <w:tblLook w:val="04A0" w:firstRow="1" w:lastRow="0" w:firstColumn="1" w:lastColumn="0" w:noHBand="0" w:noVBand="1"/>
      </w:tblPr>
      <w:tblGrid>
        <w:gridCol w:w="5400"/>
        <w:gridCol w:w="5400"/>
      </w:tblGrid>
      <w:tr w:rsidR="00A763DD" w:rsidRPr="00812A16" w14:paraId="1F03B477" w14:textId="77777777" w:rsidTr="33DEA6A8">
        <w:trPr>
          <w:jc w:val="center"/>
        </w:trPr>
        <w:tc>
          <w:tcPr>
            <w:tcW w:w="5400" w:type="dxa"/>
            <w:shd w:val="clear" w:color="auto" w:fill="D9EAF7"/>
            <w:vAlign w:val="center"/>
          </w:tcPr>
          <w:p w14:paraId="5CDDB7EA" w14:textId="77777777" w:rsidR="00A763DD" w:rsidRPr="00812A16" w:rsidRDefault="33DEA6A8" w:rsidP="33DEA6A8">
            <w:pPr>
              <w:rPr>
                <w:rFonts w:cs="Arial"/>
                <w:b/>
                <w:bCs/>
                <w:sz w:val="24"/>
                <w:szCs w:val="24"/>
              </w:rPr>
            </w:pPr>
            <w:r w:rsidRPr="00812A16">
              <w:rPr>
                <w:rFonts w:cs="Arial"/>
                <w:b/>
                <w:bCs/>
                <w:sz w:val="24"/>
                <w:szCs w:val="24"/>
              </w:rPr>
              <w:t>Decision-making requirement</w:t>
            </w:r>
          </w:p>
        </w:tc>
        <w:tc>
          <w:tcPr>
            <w:tcW w:w="5400" w:type="dxa"/>
            <w:shd w:val="clear" w:color="auto" w:fill="D9EAF7"/>
            <w:vAlign w:val="center"/>
          </w:tcPr>
          <w:p w14:paraId="64132115" w14:textId="77777777" w:rsidR="00A763DD" w:rsidRPr="00812A16" w:rsidRDefault="33DEA6A8" w:rsidP="33DEA6A8">
            <w:pPr>
              <w:rPr>
                <w:rFonts w:cs="Arial"/>
                <w:b/>
                <w:bCs/>
                <w:sz w:val="24"/>
                <w:szCs w:val="24"/>
              </w:rPr>
            </w:pPr>
            <w:r w:rsidRPr="00812A16">
              <w:rPr>
                <w:rFonts w:cs="Arial"/>
                <w:b/>
                <w:bCs/>
                <w:sz w:val="24"/>
                <w:szCs w:val="24"/>
              </w:rPr>
              <w:t>Record / evidence</w:t>
            </w:r>
          </w:p>
        </w:tc>
      </w:tr>
      <w:tr w:rsidR="00A763DD" w:rsidRPr="00812A16" w14:paraId="42D6C826" w14:textId="77777777" w:rsidTr="33DEA6A8">
        <w:trPr>
          <w:jc w:val="center"/>
        </w:trPr>
        <w:tc>
          <w:tcPr>
            <w:tcW w:w="5400" w:type="dxa"/>
            <w:vAlign w:val="center"/>
          </w:tcPr>
          <w:p w14:paraId="2F2694E9" w14:textId="77777777" w:rsidR="00A763DD" w:rsidRPr="00812A16" w:rsidRDefault="33DEA6A8" w:rsidP="33DEA6A8">
            <w:pPr>
              <w:rPr>
                <w:rFonts w:cs="Arial"/>
                <w:sz w:val="24"/>
                <w:szCs w:val="24"/>
              </w:rPr>
            </w:pPr>
            <w:r w:rsidRPr="00812A16">
              <w:rPr>
                <w:rFonts w:cs="Arial"/>
                <w:sz w:val="24"/>
                <w:szCs w:val="24"/>
              </w:rPr>
              <w:t>Date request received and acknowledged</w:t>
            </w:r>
          </w:p>
        </w:tc>
        <w:tc>
          <w:tcPr>
            <w:tcW w:w="5400" w:type="dxa"/>
            <w:vAlign w:val="center"/>
          </w:tcPr>
          <w:p w14:paraId="4DDBEF00" w14:textId="77777777" w:rsidR="00A763DD" w:rsidRPr="00812A16" w:rsidRDefault="00A763DD" w:rsidP="33DEA6A8">
            <w:pPr>
              <w:rPr>
                <w:rFonts w:cs="Arial"/>
                <w:sz w:val="24"/>
                <w:szCs w:val="24"/>
              </w:rPr>
            </w:pPr>
          </w:p>
        </w:tc>
      </w:tr>
      <w:tr w:rsidR="00A763DD" w:rsidRPr="00812A16" w14:paraId="107130C9" w14:textId="77777777" w:rsidTr="33DEA6A8">
        <w:trPr>
          <w:jc w:val="center"/>
        </w:trPr>
        <w:tc>
          <w:tcPr>
            <w:tcW w:w="5400" w:type="dxa"/>
            <w:vAlign w:val="center"/>
          </w:tcPr>
          <w:p w14:paraId="57CDBE05" w14:textId="5318BA87" w:rsidR="00A763DD" w:rsidRPr="00812A16" w:rsidRDefault="33DEA6A8" w:rsidP="33DEA6A8">
            <w:pPr>
              <w:rPr>
                <w:rFonts w:cs="Arial"/>
                <w:sz w:val="24"/>
                <w:szCs w:val="24"/>
              </w:rPr>
            </w:pPr>
            <w:r w:rsidRPr="00812A16">
              <w:rPr>
                <w:rFonts w:cs="Arial"/>
                <w:sz w:val="24"/>
                <w:szCs w:val="24"/>
              </w:rPr>
              <w:t xml:space="preserve">Date family was given to submit/complete information. Confirm whether at least 15 working days </w:t>
            </w:r>
            <w:r w:rsidR="00812A16" w:rsidRPr="00812A16">
              <w:rPr>
                <w:rFonts w:cs="Arial"/>
                <w:sz w:val="24"/>
                <w:szCs w:val="24"/>
              </w:rPr>
              <w:t>were</w:t>
            </w:r>
            <w:r w:rsidRPr="00812A16">
              <w:rPr>
                <w:rFonts w:cs="Arial"/>
                <w:sz w:val="24"/>
                <w:szCs w:val="24"/>
              </w:rPr>
              <w:t xml:space="preserve"> offered or why a shorter agreed timescale was reasonable.</w:t>
            </w:r>
          </w:p>
        </w:tc>
        <w:tc>
          <w:tcPr>
            <w:tcW w:w="5400" w:type="dxa"/>
            <w:vAlign w:val="center"/>
          </w:tcPr>
          <w:p w14:paraId="3461D779" w14:textId="77777777" w:rsidR="00A763DD" w:rsidRPr="00812A16" w:rsidRDefault="00A763DD" w:rsidP="33DEA6A8">
            <w:pPr>
              <w:rPr>
                <w:rFonts w:cs="Arial"/>
                <w:sz w:val="24"/>
                <w:szCs w:val="24"/>
              </w:rPr>
            </w:pPr>
          </w:p>
        </w:tc>
      </w:tr>
      <w:tr w:rsidR="00A763DD" w:rsidRPr="00812A16" w14:paraId="7D0C7D7C" w14:textId="77777777" w:rsidTr="33DEA6A8">
        <w:trPr>
          <w:jc w:val="center"/>
        </w:trPr>
        <w:tc>
          <w:tcPr>
            <w:tcW w:w="5400" w:type="dxa"/>
            <w:vAlign w:val="center"/>
          </w:tcPr>
          <w:p w14:paraId="7C3EC71B" w14:textId="77777777" w:rsidR="00A763DD" w:rsidRPr="00812A16" w:rsidRDefault="33DEA6A8" w:rsidP="33DEA6A8">
            <w:pPr>
              <w:rPr>
                <w:rFonts w:cs="Arial"/>
                <w:sz w:val="24"/>
                <w:szCs w:val="24"/>
              </w:rPr>
            </w:pPr>
            <w:r w:rsidRPr="00812A16">
              <w:rPr>
                <w:rFonts w:cs="Arial"/>
                <w:sz w:val="24"/>
                <w:szCs w:val="24"/>
              </w:rPr>
              <w:t>EHC process stage: EHC assessment / draft EHC Plan / annual review / reassessment / amendment / other</w:t>
            </w:r>
          </w:p>
        </w:tc>
        <w:tc>
          <w:tcPr>
            <w:tcW w:w="5400" w:type="dxa"/>
            <w:vAlign w:val="center"/>
          </w:tcPr>
          <w:p w14:paraId="3CF2D8B6" w14:textId="77777777" w:rsidR="00A763DD" w:rsidRPr="00812A16" w:rsidRDefault="00A763DD" w:rsidP="33DEA6A8">
            <w:pPr>
              <w:rPr>
                <w:rFonts w:cs="Arial"/>
                <w:sz w:val="24"/>
                <w:szCs w:val="24"/>
              </w:rPr>
            </w:pPr>
          </w:p>
        </w:tc>
      </w:tr>
      <w:tr w:rsidR="00A763DD" w:rsidRPr="00812A16" w14:paraId="5FA3438B" w14:textId="77777777" w:rsidTr="33DEA6A8">
        <w:trPr>
          <w:jc w:val="center"/>
        </w:trPr>
        <w:tc>
          <w:tcPr>
            <w:tcW w:w="5400" w:type="dxa"/>
            <w:vAlign w:val="center"/>
          </w:tcPr>
          <w:p w14:paraId="25213F35" w14:textId="666A49B4" w:rsidR="00A763DD" w:rsidRPr="00812A16" w:rsidRDefault="33DEA6A8" w:rsidP="33DEA6A8">
            <w:pPr>
              <w:rPr>
                <w:rFonts w:cs="Arial"/>
                <w:sz w:val="24"/>
                <w:szCs w:val="24"/>
              </w:rPr>
            </w:pPr>
            <w:r w:rsidRPr="00812A16">
              <w:rPr>
                <w:rFonts w:cs="Arial"/>
                <w:sz w:val="24"/>
                <w:szCs w:val="24"/>
              </w:rPr>
              <w:t xml:space="preserve">Date </w:t>
            </w:r>
            <w:r w:rsidR="00812A16" w:rsidRPr="00812A16">
              <w:rPr>
                <w:rFonts w:cs="Arial"/>
                <w:sz w:val="24"/>
                <w:szCs w:val="24"/>
              </w:rPr>
              <w:t>requests were</w:t>
            </w:r>
            <w:r w:rsidRPr="00812A16">
              <w:rPr>
                <w:rFonts w:cs="Arial"/>
                <w:sz w:val="24"/>
                <w:szCs w:val="24"/>
              </w:rPr>
              <w:t xml:space="preserve"> discussed with family or at annual review/relevant meeting</w:t>
            </w:r>
          </w:p>
        </w:tc>
        <w:tc>
          <w:tcPr>
            <w:tcW w:w="5400" w:type="dxa"/>
            <w:vAlign w:val="center"/>
          </w:tcPr>
          <w:p w14:paraId="0FB78278" w14:textId="77777777" w:rsidR="00A763DD" w:rsidRPr="00812A16" w:rsidRDefault="00A763DD" w:rsidP="33DEA6A8">
            <w:pPr>
              <w:rPr>
                <w:rFonts w:cs="Arial"/>
                <w:sz w:val="24"/>
                <w:szCs w:val="24"/>
              </w:rPr>
            </w:pPr>
          </w:p>
        </w:tc>
      </w:tr>
      <w:tr w:rsidR="00A763DD" w:rsidRPr="00812A16" w14:paraId="074B9C38" w14:textId="77777777" w:rsidTr="33DEA6A8">
        <w:trPr>
          <w:jc w:val="center"/>
        </w:trPr>
        <w:tc>
          <w:tcPr>
            <w:tcW w:w="5400" w:type="dxa"/>
            <w:vAlign w:val="center"/>
          </w:tcPr>
          <w:p w14:paraId="7859F261" w14:textId="77777777" w:rsidR="00A763DD" w:rsidRPr="00812A16" w:rsidRDefault="33DEA6A8" w:rsidP="33DEA6A8">
            <w:pPr>
              <w:rPr>
                <w:rFonts w:cs="Arial"/>
                <w:sz w:val="24"/>
                <w:szCs w:val="24"/>
              </w:rPr>
            </w:pPr>
            <w:r w:rsidRPr="00812A16">
              <w:rPr>
                <w:rFonts w:cs="Arial"/>
                <w:sz w:val="24"/>
                <w:szCs w:val="24"/>
              </w:rPr>
              <w:t>Evidence considered, including current/proposed EHC Plan, Section F provision, outcomes, professional advice, provider information and parent/young person views</w:t>
            </w:r>
          </w:p>
        </w:tc>
        <w:tc>
          <w:tcPr>
            <w:tcW w:w="5400" w:type="dxa"/>
            <w:vAlign w:val="center"/>
          </w:tcPr>
          <w:p w14:paraId="1FC39945" w14:textId="77777777" w:rsidR="00A763DD" w:rsidRPr="00812A16" w:rsidRDefault="00A763DD" w:rsidP="33DEA6A8">
            <w:pPr>
              <w:rPr>
                <w:rFonts w:cs="Arial"/>
                <w:sz w:val="24"/>
                <w:szCs w:val="24"/>
              </w:rPr>
            </w:pPr>
          </w:p>
        </w:tc>
      </w:tr>
      <w:tr w:rsidR="00A763DD" w:rsidRPr="00812A16" w14:paraId="71B1DA2F" w14:textId="77777777" w:rsidTr="33DEA6A8">
        <w:trPr>
          <w:jc w:val="center"/>
        </w:trPr>
        <w:tc>
          <w:tcPr>
            <w:tcW w:w="5400" w:type="dxa"/>
            <w:vAlign w:val="center"/>
          </w:tcPr>
          <w:p w14:paraId="509C6FDA" w14:textId="77777777" w:rsidR="00A763DD" w:rsidRPr="00812A16" w:rsidRDefault="33DEA6A8" w:rsidP="33DEA6A8">
            <w:pPr>
              <w:rPr>
                <w:rFonts w:cs="Arial"/>
                <w:sz w:val="24"/>
                <w:szCs w:val="24"/>
              </w:rPr>
            </w:pPr>
            <w:r w:rsidRPr="00812A16">
              <w:rPr>
                <w:rFonts w:cs="Arial"/>
                <w:sz w:val="24"/>
                <w:szCs w:val="24"/>
              </w:rPr>
              <w:t>Decision: approved / partly approved / refused</w:t>
            </w:r>
          </w:p>
        </w:tc>
        <w:tc>
          <w:tcPr>
            <w:tcW w:w="5400" w:type="dxa"/>
            <w:vAlign w:val="center"/>
          </w:tcPr>
          <w:p w14:paraId="0562CB0E" w14:textId="77777777" w:rsidR="00A763DD" w:rsidRPr="00812A16" w:rsidRDefault="00A763DD" w:rsidP="33DEA6A8">
            <w:pPr>
              <w:rPr>
                <w:rFonts w:cs="Arial"/>
                <w:sz w:val="24"/>
                <w:szCs w:val="24"/>
              </w:rPr>
            </w:pPr>
          </w:p>
        </w:tc>
      </w:tr>
      <w:tr w:rsidR="00A763DD" w:rsidRPr="00812A16" w14:paraId="7F443DAE" w14:textId="77777777" w:rsidTr="33DEA6A8">
        <w:trPr>
          <w:jc w:val="center"/>
        </w:trPr>
        <w:tc>
          <w:tcPr>
            <w:tcW w:w="5400" w:type="dxa"/>
            <w:vAlign w:val="center"/>
          </w:tcPr>
          <w:p w14:paraId="0474418B" w14:textId="77777777" w:rsidR="00A763DD" w:rsidRPr="00812A16" w:rsidRDefault="33DEA6A8" w:rsidP="33DEA6A8">
            <w:pPr>
              <w:rPr>
                <w:rFonts w:cs="Arial"/>
                <w:sz w:val="24"/>
                <w:szCs w:val="24"/>
              </w:rPr>
            </w:pPr>
            <w:r w:rsidRPr="00812A16">
              <w:rPr>
                <w:rFonts w:cs="Arial"/>
                <w:sz w:val="24"/>
                <w:szCs w:val="24"/>
              </w:rPr>
              <w:t>Reasons for decision, including cost, suitability, ability to secure provision, commissioned alternatives or constraints</w:t>
            </w:r>
          </w:p>
        </w:tc>
        <w:tc>
          <w:tcPr>
            <w:tcW w:w="5400" w:type="dxa"/>
            <w:vAlign w:val="center"/>
          </w:tcPr>
          <w:p w14:paraId="34CE0A41" w14:textId="77777777" w:rsidR="00A763DD" w:rsidRPr="00812A16" w:rsidRDefault="00A763DD" w:rsidP="33DEA6A8">
            <w:pPr>
              <w:rPr>
                <w:rFonts w:cs="Arial"/>
                <w:sz w:val="24"/>
                <w:szCs w:val="24"/>
              </w:rPr>
            </w:pPr>
          </w:p>
        </w:tc>
      </w:tr>
      <w:tr w:rsidR="00A763DD" w:rsidRPr="00812A16" w14:paraId="11F6E62F" w14:textId="77777777" w:rsidTr="33DEA6A8">
        <w:trPr>
          <w:jc w:val="center"/>
        </w:trPr>
        <w:tc>
          <w:tcPr>
            <w:tcW w:w="5400" w:type="dxa"/>
            <w:vAlign w:val="center"/>
          </w:tcPr>
          <w:p w14:paraId="088CF947" w14:textId="22CC39CA" w:rsidR="00A763DD" w:rsidRPr="00812A16" w:rsidRDefault="33DEA6A8" w:rsidP="33DEA6A8">
            <w:pPr>
              <w:rPr>
                <w:rFonts w:cs="Arial"/>
                <w:sz w:val="24"/>
                <w:szCs w:val="24"/>
              </w:rPr>
            </w:pPr>
            <w:r w:rsidRPr="00812A16">
              <w:rPr>
                <w:rFonts w:cs="Arial"/>
                <w:sz w:val="24"/>
                <w:szCs w:val="24"/>
              </w:rPr>
              <w:t xml:space="preserve">Date decision letter issued and </w:t>
            </w:r>
            <w:r w:rsidR="00812A16" w:rsidRPr="00812A16">
              <w:rPr>
                <w:rFonts w:cs="Arial"/>
                <w:sz w:val="24"/>
                <w:szCs w:val="24"/>
              </w:rPr>
              <w:t>confirmation</w:t>
            </w:r>
            <w:r w:rsidRPr="00812A16">
              <w:rPr>
                <w:rFonts w:cs="Arial"/>
                <w:sz w:val="24"/>
                <w:szCs w:val="24"/>
              </w:rPr>
              <w:t xml:space="preserve"> included written reasons and review rights</w:t>
            </w:r>
          </w:p>
        </w:tc>
        <w:tc>
          <w:tcPr>
            <w:tcW w:w="5400" w:type="dxa"/>
            <w:vAlign w:val="center"/>
          </w:tcPr>
          <w:p w14:paraId="62EBF3C5" w14:textId="77777777" w:rsidR="00A763DD" w:rsidRPr="00812A16" w:rsidRDefault="00A763DD" w:rsidP="33DEA6A8">
            <w:pPr>
              <w:rPr>
                <w:rFonts w:cs="Arial"/>
                <w:sz w:val="24"/>
                <w:szCs w:val="24"/>
              </w:rPr>
            </w:pPr>
          </w:p>
        </w:tc>
      </w:tr>
      <w:tr w:rsidR="00A763DD" w:rsidRPr="00812A16" w14:paraId="0118D6E8" w14:textId="77777777" w:rsidTr="33DEA6A8">
        <w:trPr>
          <w:jc w:val="center"/>
        </w:trPr>
        <w:tc>
          <w:tcPr>
            <w:tcW w:w="5400" w:type="dxa"/>
            <w:vAlign w:val="center"/>
          </w:tcPr>
          <w:p w14:paraId="5BAB8EEB" w14:textId="77777777" w:rsidR="00A763DD" w:rsidRPr="00812A16" w:rsidRDefault="33DEA6A8" w:rsidP="33DEA6A8">
            <w:pPr>
              <w:rPr>
                <w:rFonts w:cs="Arial"/>
                <w:sz w:val="24"/>
                <w:szCs w:val="24"/>
              </w:rPr>
            </w:pPr>
            <w:r w:rsidRPr="00812A16">
              <w:rPr>
                <w:rFonts w:cs="Arial"/>
                <w:sz w:val="24"/>
                <w:szCs w:val="24"/>
              </w:rPr>
              <w:t>If review requested: date received, reviewer/panel, outcome and date written review outcome issued</w:t>
            </w:r>
          </w:p>
        </w:tc>
        <w:tc>
          <w:tcPr>
            <w:tcW w:w="5400" w:type="dxa"/>
            <w:vAlign w:val="center"/>
          </w:tcPr>
          <w:p w14:paraId="6D98A12B" w14:textId="77777777" w:rsidR="00A763DD" w:rsidRPr="00812A16" w:rsidRDefault="00A763DD" w:rsidP="33DEA6A8">
            <w:pPr>
              <w:rPr>
                <w:rFonts w:cs="Arial"/>
                <w:sz w:val="24"/>
                <w:szCs w:val="24"/>
              </w:rPr>
            </w:pPr>
          </w:p>
        </w:tc>
      </w:tr>
    </w:tbl>
    <w:p w14:paraId="10585B4D" w14:textId="77777777" w:rsidR="00D03E92" w:rsidRPr="00812A16" w:rsidRDefault="00D03E92">
      <w:pPr>
        <w:rPr>
          <w:rFonts w:cs="Arial"/>
          <w:sz w:val="24"/>
          <w:szCs w:val="24"/>
        </w:rPr>
      </w:pPr>
    </w:p>
    <w:sectPr w:rsidR="00D03E92" w:rsidRPr="00812A16" w:rsidSect="00B16D3E">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06144" w14:textId="77777777" w:rsidR="00D03E92" w:rsidRDefault="00D03E92" w:rsidP="00593DC8">
      <w:pPr>
        <w:spacing w:after="0" w:line="240" w:lineRule="auto"/>
      </w:pPr>
      <w:r>
        <w:separator/>
      </w:r>
    </w:p>
  </w:endnote>
  <w:endnote w:type="continuationSeparator" w:id="0">
    <w:p w14:paraId="28757FD3" w14:textId="77777777" w:rsidR="00D03E92" w:rsidRDefault="00D03E92" w:rsidP="0059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004982"/>
      <w:docPartObj>
        <w:docPartGallery w:val="Page Numbers (Bottom of Page)"/>
        <w:docPartUnique/>
      </w:docPartObj>
    </w:sdtPr>
    <w:sdtContent>
      <w:sdt>
        <w:sdtPr>
          <w:id w:val="-1769616900"/>
          <w:docPartObj>
            <w:docPartGallery w:val="Page Numbers (Top of Page)"/>
            <w:docPartUnique/>
          </w:docPartObj>
        </w:sdtPr>
        <w:sdtContent>
          <w:p w14:paraId="156A8FED" w14:textId="09BFA6D7" w:rsidR="0055320C" w:rsidRDefault="0055320C">
            <w:pPr>
              <w:pStyle w:val="Footer"/>
              <w:jc w:val="right"/>
            </w:pPr>
            <w:r w:rsidRPr="0055320C">
              <w:rPr>
                <w:rFonts w:cs="Arial"/>
                <w:sz w:val="24"/>
                <w:szCs w:val="24"/>
              </w:rPr>
              <w:t xml:space="preserve">Page </w:t>
            </w:r>
            <w:r w:rsidRPr="0055320C">
              <w:rPr>
                <w:rFonts w:cs="Arial"/>
                <w:b/>
                <w:bCs/>
                <w:sz w:val="24"/>
                <w:szCs w:val="24"/>
              </w:rPr>
              <w:fldChar w:fldCharType="begin"/>
            </w:r>
            <w:r w:rsidRPr="0055320C">
              <w:rPr>
                <w:rFonts w:cs="Arial"/>
                <w:b/>
                <w:bCs/>
                <w:sz w:val="24"/>
                <w:szCs w:val="24"/>
              </w:rPr>
              <w:instrText xml:space="preserve"> PAGE </w:instrText>
            </w:r>
            <w:r w:rsidRPr="0055320C">
              <w:rPr>
                <w:rFonts w:cs="Arial"/>
                <w:b/>
                <w:bCs/>
                <w:sz w:val="24"/>
                <w:szCs w:val="24"/>
              </w:rPr>
              <w:fldChar w:fldCharType="separate"/>
            </w:r>
            <w:r w:rsidRPr="0055320C">
              <w:rPr>
                <w:rFonts w:cs="Arial"/>
                <w:b/>
                <w:bCs/>
                <w:noProof/>
                <w:sz w:val="24"/>
                <w:szCs w:val="24"/>
              </w:rPr>
              <w:t>2</w:t>
            </w:r>
            <w:r w:rsidRPr="0055320C">
              <w:rPr>
                <w:rFonts w:cs="Arial"/>
                <w:b/>
                <w:bCs/>
                <w:sz w:val="24"/>
                <w:szCs w:val="24"/>
              </w:rPr>
              <w:fldChar w:fldCharType="end"/>
            </w:r>
            <w:r w:rsidRPr="0055320C">
              <w:rPr>
                <w:rFonts w:cs="Arial"/>
                <w:sz w:val="24"/>
                <w:szCs w:val="24"/>
              </w:rPr>
              <w:t xml:space="preserve"> of </w:t>
            </w:r>
            <w:r w:rsidRPr="0055320C">
              <w:rPr>
                <w:rFonts w:cs="Arial"/>
                <w:b/>
                <w:bCs/>
                <w:sz w:val="24"/>
                <w:szCs w:val="24"/>
              </w:rPr>
              <w:fldChar w:fldCharType="begin"/>
            </w:r>
            <w:r w:rsidRPr="0055320C">
              <w:rPr>
                <w:rFonts w:cs="Arial"/>
                <w:b/>
                <w:bCs/>
                <w:sz w:val="24"/>
                <w:szCs w:val="24"/>
              </w:rPr>
              <w:instrText xml:space="preserve"> NUMPAGES  </w:instrText>
            </w:r>
            <w:r w:rsidRPr="0055320C">
              <w:rPr>
                <w:rFonts w:cs="Arial"/>
                <w:b/>
                <w:bCs/>
                <w:sz w:val="24"/>
                <w:szCs w:val="24"/>
              </w:rPr>
              <w:fldChar w:fldCharType="separate"/>
            </w:r>
            <w:r w:rsidRPr="0055320C">
              <w:rPr>
                <w:rFonts w:cs="Arial"/>
                <w:b/>
                <w:bCs/>
                <w:noProof/>
                <w:sz w:val="24"/>
                <w:szCs w:val="24"/>
              </w:rPr>
              <w:t>2</w:t>
            </w:r>
            <w:r w:rsidRPr="0055320C">
              <w:rPr>
                <w:rFonts w:cs="Arial"/>
                <w:b/>
                <w:bCs/>
                <w:sz w:val="24"/>
                <w:szCs w:val="24"/>
              </w:rPr>
              <w:fldChar w:fldCharType="end"/>
            </w:r>
          </w:p>
        </w:sdtContent>
      </w:sdt>
    </w:sdtContent>
  </w:sdt>
  <w:p w14:paraId="1E534DAD" w14:textId="66100DBE" w:rsidR="0055320C" w:rsidRDefault="33DEA6A8">
    <w:pPr>
      <w:pStyle w:val="Footer"/>
    </w:pPr>
    <w:r>
      <w:t>Personal Budget Request Form - Education | 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B4D6" w14:textId="77777777" w:rsidR="00D03E92" w:rsidRDefault="00D03E92" w:rsidP="00593DC8">
      <w:pPr>
        <w:spacing w:after="0" w:line="240" w:lineRule="auto"/>
      </w:pPr>
      <w:r>
        <w:separator/>
      </w:r>
    </w:p>
  </w:footnote>
  <w:footnote w:type="continuationSeparator" w:id="0">
    <w:p w14:paraId="4A0CCD5D" w14:textId="77777777" w:rsidR="00D03E92" w:rsidRDefault="00D03E92" w:rsidP="00593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68FF" w14:textId="5E4C127F" w:rsidR="00593DC8" w:rsidRDefault="00593DC8">
    <w:pPr>
      <w:pStyle w:val="Header"/>
    </w:pPr>
    <w:r>
      <w:rPr>
        <w:noProof/>
      </w:rPr>
      <w:drawing>
        <wp:anchor distT="0" distB="0" distL="114300" distR="114300" simplePos="0" relativeHeight="251658240" behindDoc="1" locked="0" layoutInCell="1" allowOverlap="1" wp14:anchorId="276E77F7" wp14:editId="26A0A521">
          <wp:simplePos x="0" y="0"/>
          <wp:positionH relativeFrom="column">
            <wp:posOffset>4944110</wp:posOffset>
          </wp:positionH>
          <wp:positionV relativeFrom="paragraph">
            <wp:posOffset>-303530</wp:posOffset>
          </wp:positionV>
          <wp:extent cx="2164268" cy="304826"/>
          <wp:effectExtent l="0" t="0" r="7620" b="0"/>
          <wp:wrapTight wrapText="bothSides">
            <wp:wrapPolygon edited="0">
              <wp:start x="1901" y="0"/>
              <wp:lineTo x="0" y="0"/>
              <wp:lineTo x="0" y="20250"/>
              <wp:lineTo x="10838" y="20250"/>
              <wp:lineTo x="21486" y="14850"/>
              <wp:lineTo x="21486" y="0"/>
              <wp:lineTo x="19775" y="0"/>
              <wp:lineTo x="1901" y="0"/>
            </wp:wrapPolygon>
          </wp:wrapTight>
          <wp:docPr id="1248714943" name="Picture 2" descr="A blue and yellow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14943" name="Picture 2" descr="A blue and yellow letters on a black background&#10;&#10;AI-generated content may be incorrect."/>
                  <pic:cNvPicPr/>
                </pic:nvPicPr>
                <pic:blipFill>
                  <a:blip r:embed="rId1"/>
                  <a:stretch>
                    <a:fillRect/>
                  </a:stretch>
                </pic:blipFill>
                <pic:spPr>
                  <a:xfrm>
                    <a:off x="0" y="0"/>
                    <a:ext cx="2164268" cy="3048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144DC0"/>
    <w:multiLevelType w:val="multilevel"/>
    <w:tmpl w:val="224E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D34955"/>
    <w:multiLevelType w:val="hybridMultilevel"/>
    <w:tmpl w:val="F01C06B0"/>
    <w:lvl w:ilvl="0" w:tplc="E0ACD1C4">
      <w:start w:val="1"/>
      <w:numFmt w:val="lowerLetter"/>
      <w:lvlText w:val="%1)"/>
      <w:lvlJc w:val="left"/>
      <w:pPr>
        <w:ind w:left="720" w:hanging="360"/>
      </w:pPr>
      <w:rPr>
        <w:b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7284BD6"/>
    <w:multiLevelType w:val="hybridMultilevel"/>
    <w:tmpl w:val="705E2000"/>
    <w:lvl w:ilvl="0" w:tplc="20DE432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83304A2"/>
    <w:multiLevelType w:val="multilevel"/>
    <w:tmpl w:val="E1BE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845D97"/>
    <w:multiLevelType w:val="hybridMultilevel"/>
    <w:tmpl w:val="4E8488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017CDF"/>
    <w:multiLevelType w:val="hybridMultilevel"/>
    <w:tmpl w:val="90F2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B01A3B"/>
    <w:multiLevelType w:val="hybridMultilevel"/>
    <w:tmpl w:val="F6F82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80FD3"/>
    <w:multiLevelType w:val="hybridMultilevel"/>
    <w:tmpl w:val="75EE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1472FB"/>
    <w:multiLevelType w:val="hybridMultilevel"/>
    <w:tmpl w:val="C37C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B20BC"/>
    <w:multiLevelType w:val="multilevel"/>
    <w:tmpl w:val="FF44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904920">
    <w:abstractNumId w:val="8"/>
  </w:num>
  <w:num w:numId="2" w16cid:durableId="170604962">
    <w:abstractNumId w:val="6"/>
  </w:num>
  <w:num w:numId="3" w16cid:durableId="331837414">
    <w:abstractNumId w:val="5"/>
  </w:num>
  <w:num w:numId="4" w16cid:durableId="2068263177">
    <w:abstractNumId w:val="4"/>
  </w:num>
  <w:num w:numId="5" w16cid:durableId="261497071">
    <w:abstractNumId w:val="7"/>
  </w:num>
  <w:num w:numId="6" w16cid:durableId="1533031595">
    <w:abstractNumId w:val="3"/>
  </w:num>
  <w:num w:numId="7" w16cid:durableId="1526405676">
    <w:abstractNumId w:val="2"/>
  </w:num>
  <w:num w:numId="8" w16cid:durableId="1188829618">
    <w:abstractNumId w:val="1"/>
  </w:num>
  <w:num w:numId="9" w16cid:durableId="388572197">
    <w:abstractNumId w:val="0"/>
  </w:num>
  <w:num w:numId="10" w16cid:durableId="20341126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29588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2711208">
    <w:abstractNumId w:val="10"/>
  </w:num>
  <w:num w:numId="13" w16cid:durableId="1764179485">
    <w:abstractNumId w:val="15"/>
  </w:num>
  <w:num w:numId="14" w16cid:durableId="2079866261">
    <w:abstractNumId w:val="16"/>
  </w:num>
  <w:num w:numId="15" w16cid:durableId="1122724221">
    <w:abstractNumId w:val="13"/>
  </w:num>
  <w:num w:numId="16" w16cid:durableId="77989812">
    <w:abstractNumId w:val="14"/>
  </w:num>
  <w:num w:numId="17" w16cid:durableId="122702585">
    <w:abstractNumId w:val="9"/>
  </w:num>
  <w:num w:numId="18" w16cid:durableId="1169098890">
    <w:abstractNumId w:val="17"/>
  </w:num>
  <w:num w:numId="19" w16cid:durableId="1131745262">
    <w:abstractNumId w:val="12"/>
  </w:num>
  <w:num w:numId="20" w16cid:durableId="8076690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E0"/>
    <w:rsid w:val="0006063C"/>
    <w:rsid w:val="0015074B"/>
    <w:rsid w:val="001C7FFB"/>
    <w:rsid w:val="001F2467"/>
    <w:rsid w:val="0029639D"/>
    <w:rsid w:val="00326F90"/>
    <w:rsid w:val="00345D59"/>
    <w:rsid w:val="0055320C"/>
    <w:rsid w:val="00593DC8"/>
    <w:rsid w:val="00606D56"/>
    <w:rsid w:val="006A0BC0"/>
    <w:rsid w:val="00812A16"/>
    <w:rsid w:val="00844851"/>
    <w:rsid w:val="009139BA"/>
    <w:rsid w:val="00A763DD"/>
    <w:rsid w:val="00AA1D8D"/>
    <w:rsid w:val="00B130CA"/>
    <w:rsid w:val="00B16D3E"/>
    <w:rsid w:val="00B47730"/>
    <w:rsid w:val="00BB2C63"/>
    <w:rsid w:val="00C9405F"/>
    <w:rsid w:val="00CB0664"/>
    <w:rsid w:val="00CD7678"/>
    <w:rsid w:val="00D03E92"/>
    <w:rsid w:val="00DE15F1"/>
    <w:rsid w:val="00E336D7"/>
    <w:rsid w:val="00FC693F"/>
    <w:rsid w:val="10CB78FF"/>
    <w:rsid w:val="1247F2B9"/>
    <w:rsid w:val="1F15783D"/>
    <w:rsid w:val="220150C2"/>
    <w:rsid w:val="2F226FD2"/>
    <w:rsid w:val="33DEA6A8"/>
    <w:rsid w:val="35742F26"/>
    <w:rsid w:val="43BB89DA"/>
    <w:rsid w:val="4CA9A989"/>
    <w:rsid w:val="4E362E48"/>
    <w:rsid w:val="50DE75D2"/>
    <w:rsid w:val="55A14515"/>
    <w:rsid w:val="5FD94F7A"/>
    <w:rsid w:val="6EFF2DD3"/>
    <w:rsid w:val="7E7C1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726FDB"/>
  <w14:defaultImageDpi w14:val="300"/>
  <w15:docId w15:val="{BB9036E2-7EA2-4827-9B57-A9E6DF5F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336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336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336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16D3E"/>
    <w:rPr>
      <w:color w:val="0000FF" w:themeColor="hyperlink"/>
      <w:u w:val="single"/>
    </w:rPr>
  </w:style>
  <w:style w:type="character" w:styleId="UnresolvedMention">
    <w:name w:val="Unresolved Mention"/>
    <w:basedOn w:val="DefaultParagraphFont"/>
    <w:uiPriority w:val="99"/>
    <w:semiHidden/>
    <w:unhideWhenUsed/>
    <w:rsid w:val="00B16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583491">
      <w:bodyDiv w:val="1"/>
      <w:marLeft w:val="0"/>
      <w:marRight w:val="0"/>
      <w:marTop w:val="0"/>
      <w:marBottom w:val="0"/>
      <w:divBdr>
        <w:top w:val="none" w:sz="0" w:space="0" w:color="auto"/>
        <w:left w:val="none" w:sz="0" w:space="0" w:color="auto"/>
        <w:bottom w:val="none" w:sz="0" w:space="0" w:color="auto"/>
        <w:right w:val="none" w:sz="0" w:space="0" w:color="auto"/>
      </w:divBdr>
    </w:div>
    <w:div w:id="533539981">
      <w:bodyDiv w:val="1"/>
      <w:marLeft w:val="0"/>
      <w:marRight w:val="0"/>
      <w:marTop w:val="0"/>
      <w:marBottom w:val="0"/>
      <w:divBdr>
        <w:top w:val="none" w:sz="0" w:space="0" w:color="auto"/>
        <w:left w:val="none" w:sz="0" w:space="0" w:color="auto"/>
        <w:bottom w:val="none" w:sz="0" w:space="0" w:color="auto"/>
        <w:right w:val="none" w:sz="0" w:space="0" w:color="auto"/>
      </w:divBdr>
    </w:div>
    <w:div w:id="768893006">
      <w:bodyDiv w:val="1"/>
      <w:marLeft w:val="0"/>
      <w:marRight w:val="0"/>
      <w:marTop w:val="0"/>
      <w:marBottom w:val="0"/>
      <w:divBdr>
        <w:top w:val="none" w:sz="0" w:space="0" w:color="auto"/>
        <w:left w:val="none" w:sz="0" w:space="0" w:color="auto"/>
        <w:bottom w:val="none" w:sz="0" w:space="0" w:color="auto"/>
        <w:right w:val="none" w:sz="0" w:space="0" w:color="auto"/>
      </w:divBdr>
    </w:div>
    <w:div w:id="1081951478">
      <w:bodyDiv w:val="1"/>
      <w:marLeft w:val="0"/>
      <w:marRight w:val="0"/>
      <w:marTop w:val="0"/>
      <w:marBottom w:val="0"/>
      <w:divBdr>
        <w:top w:val="none" w:sz="0" w:space="0" w:color="auto"/>
        <w:left w:val="none" w:sz="0" w:space="0" w:color="auto"/>
        <w:bottom w:val="none" w:sz="0" w:space="0" w:color="auto"/>
        <w:right w:val="none" w:sz="0" w:space="0" w:color="auto"/>
      </w:divBdr>
    </w:div>
    <w:div w:id="1190879363">
      <w:bodyDiv w:val="1"/>
      <w:marLeft w:val="0"/>
      <w:marRight w:val="0"/>
      <w:marTop w:val="0"/>
      <w:marBottom w:val="0"/>
      <w:divBdr>
        <w:top w:val="none" w:sz="0" w:space="0" w:color="auto"/>
        <w:left w:val="none" w:sz="0" w:space="0" w:color="auto"/>
        <w:bottom w:val="none" w:sz="0" w:space="0" w:color="auto"/>
        <w:right w:val="none" w:sz="0" w:space="0" w:color="auto"/>
      </w:divBdr>
    </w:div>
    <w:div w:id="17126113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orbayfamilyhub.org.uk/topic/what-is-sen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orbayfamilyhub.org.uk/topic/element-3-top-up-funding-high-needs-block/" TargetMode="External"/><Relationship Id="rId17" Type="http://schemas.openxmlformats.org/officeDocument/2006/relationships/hyperlink" Target="mailto:sendiass@torbay.gov.uk" TargetMode="External"/><Relationship Id="rId2" Type="http://schemas.openxmlformats.org/officeDocument/2006/relationships/customXml" Target="../customXml/item2.xml"/><Relationship Id="rId16" Type="http://schemas.openxmlformats.org/officeDocument/2006/relationships/hyperlink" Target="mailto:ehcp@torbay.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orbayfamilyhub.org.uk/topic/6241/" TargetMode="External"/><Relationship Id="rId5" Type="http://schemas.openxmlformats.org/officeDocument/2006/relationships/numbering" Target="numbering.xml"/><Relationship Id="rId15" Type="http://schemas.openxmlformats.org/officeDocument/2006/relationships/hyperlink" Target="https://torbayfamilyhub.org.uk/topic-category/personal-budgets-and-direct-paymen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orbayfamilyhub.org.uk/wp-content/uploads/2025/02/Personal-budget-quick-guide-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E2F9E21189074F9C2F026F08F36625" ma:contentTypeVersion="20" ma:contentTypeDescription="Create a new document." ma:contentTypeScope="" ma:versionID="762a571b893b0c8a1ecf050e1c029fde">
  <xsd:schema xmlns:xsd="http://www.w3.org/2001/XMLSchema" xmlns:xs="http://www.w3.org/2001/XMLSchema" xmlns:p="http://schemas.microsoft.com/office/2006/metadata/properties" xmlns:ns2="216be0e3-fb59-44d6-9a08-5c3bad261b2e" xmlns:ns3="21e08795-e594-43a2-9ea7-16e3644ae68e" targetNamespace="http://schemas.microsoft.com/office/2006/metadata/properties" ma:root="true" ma:fieldsID="2d9f8d564148ad9d1f2d2b24b6f39107" ns2:_="" ns3:_="">
    <xsd:import namespace="216be0e3-fb59-44d6-9a08-5c3bad261b2e"/>
    <xsd:import namespace="21e08795-e594-43a2-9ea7-16e3644ae6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ate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be0e3-fb59-44d6-9a08-5c3bad26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Time" ma:index="26" nillable="true" ma:displayName="Date &amp; Time" ma:format="DateOnly" ma:indexed="true" ma:internalName="DateTim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e08795-e594-43a2-9ea7-16e3644ae6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8bff87-7122-4435-8882-721756939ce8}" ma:internalName="TaxCatchAll" ma:showField="CatchAllData" ma:web="21e08795-e594-43a2-9ea7-16e3644ae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e08795-e594-43a2-9ea7-16e3644ae68e" xsi:nil="true"/>
    <DateTime xmlns="216be0e3-fb59-44d6-9a08-5c3bad261b2e" xsi:nil="true"/>
    <lcf76f155ced4ddcb4097134ff3c332f xmlns="216be0e3-fb59-44d6-9a08-5c3bad261b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488F8F0-7534-4F6A-A0A0-1A2F879F1071}"/>
</file>

<file path=customXml/itemProps3.xml><?xml version="1.0" encoding="utf-8"?>
<ds:datastoreItem xmlns:ds="http://schemas.openxmlformats.org/officeDocument/2006/customXml" ds:itemID="{512C06F8-95E1-478F-B568-E32C720D90BF}">
  <ds:schemaRefs>
    <ds:schemaRef ds:uri="http://schemas.microsoft.com/office/2006/metadata/properties"/>
    <ds:schemaRef ds:uri="http://schemas.microsoft.com/office/infopath/2007/PartnerControls"/>
    <ds:schemaRef ds:uri="21e08795-e594-43a2-9ea7-16e3644ae68e"/>
    <ds:schemaRef ds:uri="216be0e3-fb59-44d6-9a08-5c3bad261b2e"/>
  </ds:schemaRefs>
</ds:datastoreItem>
</file>

<file path=customXml/itemProps4.xml><?xml version="1.0" encoding="utf-8"?>
<ds:datastoreItem xmlns:ds="http://schemas.openxmlformats.org/officeDocument/2006/customXml" ds:itemID="{A448F87D-AE2D-4085-90A9-3A54B5B3E5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1446</Words>
  <Characters>8243</Characters>
  <Application>Microsoft Office Word</Application>
  <DocSecurity>0</DocSecurity>
  <Lines>68</Lines>
  <Paragraphs>19</Paragraphs>
  <ScaleCrop>false</ScaleCrop>
  <Manager/>
  <Company/>
  <LinksUpToDate>false</LinksUpToDate>
  <CharactersWithSpaces>9670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 Grace</dc:creator>
  <cp:keywords/>
  <dc:description>generated by python-docx</dc:description>
  <cp:lastModifiedBy>Beer, Grace</cp:lastModifiedBy>
  <cp:revision>10</cp:revision>
  <dcterms:created xsi:type="dcterms:W3CDTF">2026-08-03T11:56:00Z</dcterms:created>
  <dcterms:modified xsi:type="dcterms:W3CDTF">2026-08-03T12:30:00Z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0x010100FAE2F9E21189074F9C2F026F08F36625</vt:lpwstr>
  </property>
  <property fmtid="{D5CDD505-2E9C-101B-9397-08002B2CF9AE}" pid="3" name="MediaServiceImageTags">
    <vt:lpwstr/>
  </property>
  <property fmtid="{D5CDD505-2E9C-101B-9397-08002B2CF9AE}" pid="4" name="docLang">
    <vt:lpwstr>en</vt:lpwstr>
  </property>
  <property fmtid="{D5CDD505-2E9C-101B-9397-08002B2CF9AE}" pid="5" name="_AdHocReviewCycleID">
    <vt:i4>-2103241117</vt:i4>
  </property>
  <property fmtid="{D5CDD505-2E9C-101B-9397-08002B2CF9AE}" pid="6" name="_NewReviewCycle">
    <vt:lpwstr/>
  </property>
  <property fmtid="{D5CDD505-2E9C-101B-9397-08002B2CF9AE}" pid="7" name="_EmailSubject">
    <vt:lpwstr>Personal Budgets Update, New Documentation and Local Offer Publication</vt:lpwstr>
  </property>
  <property fmtid="{D5CDD505-2E9C-101B-9397-08002B2CF9AE}" pid="8" name="_AuthorEmail">
    <vt:lpwstr>Grace.Beer@torbay.gov.uk</vt:lpwstr>
  </property>
  <property fmtid="{D5CDD505-2E9C-101B-9397-08002B2CF9AE}" pid="9" name="_AuthorEmailDisplayName">
    <vt:lpwstr>Beer, Grace</vt:lpwstr>
  </property>
</Properties>
</file>